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7 Cărări pentru recuperarea mea</w:t>
      </w:r>
    </w:p>
    <w:p>
      <w:r>
        <w:rPr>
          <w:color w:val="245C61"/>
          <w:sz w:val="30"/>
        </w:rPr>
        <w:t>Caiet de lucru pentru discuțiile cu echipa care mă îngrijește</w:t>
      </w:r>
    </w:p>
    <w:p>
      <w:r>
        <w:t>Ediție 28 septembrie 2026</w:t>
      </w:r>
    </w:p>
    <w:p>
      <w:r>
        <w:t>Acest caiet te ajută să observi ce ai nevoie, ce te sprijină și ce pas poți face în continuare. Este pentru adulți care primesc îngrijire pentru probleme legate de alcool și care au discutat cu un profesionist dacă este momentul potrivit să îl folosească.</w:t>
      </w:r>
    </w:p>
    <w:p>
      <w:r>
        <w:t>Nu trebuie să completezi tot caietul. Împreună cu specialistul alegi paginile care îți sunt utile acum. Poți scrie puțin, poți răspunde cu voce tare sau poți cere ajutor. Poți spune „nu știu”, „nu acum” sau „nu doresc să răspund”.</w:t>
      </w:r>
    </w:p>
    <w:p>
      <w:pPr>
        <w:pStyle w:val="Heading2"/>
      </w:pPr>
      <w:r>
        <w:t>Ce înseamnă cele șapte cărări</w:t>
      </w:r>
    </w:p>
    <w:p>
      <w:r>
        <w:t>Sunt șapte domenii ale vieții în care poți primi sprijin. Nu sunt șapte trepte și nu trebuie parcurse în ordine. Alegi împreună cu specialistul o cărare principală și cel mult două de sprijin. Îngrijirea medicală necesară continuă indiferent de alegere.</w:t>
      </w:r>
    </w:p>
    <w:p>
      <w:pPr>
        <w:pStyle w:val="Heading2"/>
      </w:pPr>
      <w:r>
        <w:t>Despre întrebări</w:t>
      </w:r>
    </w:p>
    <w:p>
      <w:r>
        <w:t>Întrebările din acest caiet sunt pentru reflecție și discuție. Nu sunt teste de diagnostic. Nu există un punctaj total și nu primești o notă pentru recuperare. O pagină necompletată nu înseamnă că ai eșuat.</w:t>
      </w:r>
    </w:p>
    <w:p>
      <w:pPr>
        <w:spacing w:after="40" w:line="440" w:lineRule="exact"/>
      </w:pPr>
      <w:r>
        <w:rPr>
          <w:sz w:val="22"/>
        </w:rPr>
        <w:t>Numele sau inițialele mele _______________________________________</w:t>
      </w:r>
    </w:p>
    <w:p>
      <w:pPr>
        <w:spacing w:after="40" w:line="440" w:lineRule="exact"/>
      </w:pPr>
      <w:r>
        <w:rPr>
          <w:sz w:val="22"/>
        </w:rPr>
        <w:t>Data la care încep ______________________________________________</w:t>
      </w:r>
    </w:p>
    <w:p>
      <w:pPr>
        <w:spacing w:after="40" w:line="440" w:lineRule="exact"/>
      </w:pPr>
      <w:r>
        <w:rPr>
          <w:sz w:val="22"/>
        </w:rPr>
        <w:t>Profesionistul cu care discut caietul ________________________________</w:t>
      </w:r>
    </w:p>
    <w:p>
      <w:pPr>
        <w:spacing w:after="40" w:line="440" w:lineRule="exact"/>
      </w:pPr>
      <w:r>
        <w:rPr>
          <w:sz w:val="22"/>
        </w:rPr>
        <w:t>Următoarea întâlnire _____________________________________________</w:t>
      </w:r>
    </w:p>
    <w:p>
      <w:pPr>
        <w:ind w:left="125" w:right="125"/>
        <w:shd w:fill="EFF4F3"/>
      </w:pPr>
      <w:r>
        <w:rPr>
          <w:b/>
          <w:sz w:val="22"/>
        </w:rPr>
        <w:t>Dacă există un pericol imediat, sună la 112. Dacă ești internat, anunță imediat personalul secției. Caietul și mesajele din aplicație nu sunt servicii de urgență și nu sunt urmărite permanent.</w:t>
      </w:r>
    </w:p>
    <w:p>
      <w:pPr>
        <w:pStyle w:val="Heading1"/>
        <w:pageBreakBefore/>
      </w:pPr>
      <w:r>
        <w:t>Fișa 1 Cum folosesc acest caiet</w:t>
      </w:r>
    </w:p>
    <w:p>
      <w:r>
        <w:t>Începem cu paginile de orientare și contact. Apoi alegem una sau două fișe pentru perioada următoare. Le putem schimba dacă nu ajută.</w:t>
      </w:r>
    </w:p>
    <w:tbl>
      <w:tblPr>
        <w:tblW w:type="auto" w:w="0"/>
        <w:jc w:val="center"/>
        <w:tblLayout w:type="fixed"/>
        <w:tblLook w:firstColumn="1" w:firstRow="1" w:lastColumn="0" w:lastRow="0" w:noHBand="0" w:noVBand="1" w:val="04A0"/>
      </w:tblPr>
      <w:tblGrid>
        <w:gridCol w:w="2324"/>
        <w:gridCol w:w="7087"/>
      </w:tblGrid>
      <w:tr>
        <w:trPr>
          <w:cantSplit/>
          <w:tblHeader/>
        </w:trPr>
        <w:tc>
          <w:tcPr>
            <w:tcW w:type="dxa" w:w="2324"/>
            <w:vAlign w:val="center"/>
            <w:tcMar>
              <w:top w:w="85" w:type="dxa"/>
              <w:bottom w:w="85" w:type="dxa"/>
              <w:left w:w="85" w:type="dxa"/>
              <w:right w:w="85" w:type="dxa"/>
            </w:tcMar>
            <w:shd w:fill="E3EEEC"/>
          </w:tcPr>
          <w:p>
            <w:pPr>
              <w:spacing w:after="20" w:before="20" w:line="250" w:lineRule="auto"/>
            </w:pPr>
            <w:r>
              <w:rPr>
                <w:b/>
                <w:sz w:val="22"/>
              </w:rPr>
              <w:t>Cărare</w:t>
            </w:r>
          </w:p>
        </w:tc>
        <w:tc>
          <w:tcPr>
            <w:tcW w:type="dxa" w:w="7087"/>
            <w:vAlign w:val="center"/>
            <w:tcMar>
              <w:top w:w="85" w:type="dxa"/>
              <w:bottom w:w="85" w:type="dxa"/>
              <w:left w:w="85" w:type="dxa"/>
              <w:right w:w="85" w:type="dxa"/>
            </w:tcMar>
            <w:shd w:fill="E3EEEC"/>
          </w:tcPr>
          <w:p>
            <w:pPr>
              <w:spacing w:after="20" w:before="20" w:line="250" w:lineRule="auto"/>
            </w:pPr>
            <w:r>
              <w:rPr>
                <w:b/>
                <w:sz w:val="22"/>
              </w:rPr>
              <w:t>Cu ce mă poate ajuta</w:t>
            </w:r>
          </w:p>
        </w:tc>
      </w:tr>
      <w:tr>
        <w:trPr>
          <w:cantSplit/>
        </w:trPr>
        <w:tc>
          <w:tcPr>
            <w:tcW w:type="dxa" w:w="2324"/>
            <w:vAlign w:val="center"/>
            <w:tcMar>
              <w:top w:w="85" w:type="dxa"/>
              <w:bottom w:w="85" w:type="dxa"/>
              <w:left w:w="85" w:type="dxa"/>
              <w:right w:w="85" w:type="dxa"/>
            </w:tcMar>
            <w:shd w:fill="F5F7F7"/>
          </w:tcPr>
          <w:p>
            <w:pPr>
              <w:spacing w:after="20" w:before="20" w:line="250" w:lineRule="auto"/>
            </w:pPr>
            <w:r>
              <w:rPr>
                <w:b w:val="0"/>
                <w:sz w:val="22"/>
              </w:rPr>
              <w:t>Medicală</w:t>
            </w:r>
          </w:p>
        </w:tc>
        <w:tc>
          <w:tcPr>
            <w:tcW w:type="dxa" w:w="7087"/>
            <w:vAlign w:val="center"/>
            <w:tcMar>
              <w:top w:w="85" w:type="dxa"/>
              <w:bottom w:w="85" w:type="dxa"/>
              <w:left w:w="85" w:type="dxa"/>
              <w:right w:w="85" w:type="dxa"/>
            </w:tcMar>
            <w:shd w:fill="F5F7F7"/>
          </w:tcPr>
          <w:p>
            <w:pPr>
              <w:spacing w:after="20" w:before="20" w:line="250" w:lineRule="auto"/>
            </w:pPr>
            <w:r>
              <w:rPr>
                <w:b w:val="0"/>
                <w:sz w:val="22"/>
              </w:rPr>
              <w:t>Consultații, tratament și întrebările mele despre sănătate</w:t>
            </w:r>
          </w:p>
        </w:tc>
      </w:tr>
      <w:tr>
        <w:trPr>
          <w:cantSplit/>
        </w:trPr>
        <w:tc>
          <w:tcPr>
            <w:tcW w:type="dxa" w:w="2324"/>
            <w:vAlign w:val="center"/>
            <w:tcMar>
              <w:top w:w="85" w:type="dxa"/>
              <w:bottom w:w="85" w:type="dxa"/>
              <w:left w:w="85" w:type="dxa"/>
              <w:right w:w="85" w:type="dxa"/>
            </w:tcMar>
            <w:shd w:fill="FFFFFF"/>
          </w:tcPr>
          <w:p>
            <w:pPr>
              <w:spacing w:after="20" w:before="20" w:line="250" w:lineRule="auto"/>
            </w:pPr>
            <w:r>
              <w:rPr>
                <w:b w:val="0"/>
                <w:sz w:val="22"/>
              </w:rPr>
              <w:t>Înțelegerea de sine</w:t>
            </w:r>
          </w:p>
        </w:tc>
        <w:tc>
          <w:tcPr>
            <w:tcW w:type="dxa" w:w="7087"/>
            <w:vAlign w:val="center"/>
            <w:tcMar>
              <w:top w:w="85" w:type="dxa"/>
              <w:bottom w:w="85" w:type="dxa"/>
              <w:left w:w="85" w:type="dxa"/>
              <w:right w:w="85" w:type="dxa"/>
            </w:tcMar>
            <w:shd w:fill="FFFFFF"/>
          </w:tcPr>
          <w:p>
            <w:pPr>
              <w:spacing w:after="20" w:before="20" w:line="250" w:lineRule="auto"/>
            </w:pPr>
            <w:r>
              <w:rPr>
                <w:b w:val="0"/>
                <w:sz w:val="22"/>
              </w:rPr>
              <w:t>Să observ ce se întâmplă înainte de consum și ce pot încerca</w:t>
            </w:r>
          </w:p>
        </w:tc>
      </w:tr>
      <w:tr>
        <w:trPr>
          <w:cantSplit/>
        </w:trPr>
        <w:tc>
          <w:tcPr>
            <w:tcW w:type="dxa" w:w="2324"/>
            <w:vAlign w:val="center"/>
            <w:tcMar>
              <w:top w:w="85" w:type="dxa"/>
              <w:bottom w:w="85" w:type="dxa"/>
              <w:left w:w="85" w:type="dxa"/>
              <w:right w:w="85" w:type="dxa"/>
            </w:tcMar>
            <w:shd w:fill="F5F7F7"/>
          </w:tcPr>
          <w:p>
            <w:pPr>
              <w:spacing w:after="20" w:before="20" w:line="250" w:lineRule="auto"/>
            </w:pPr>
            <w:r>
              <w:rPr>
                <w:b w:val="0"/>
                <w:sz w:val="22"/>
              </w:rPr>
              <w:t>Comunitatea</w:t>
            </w:r>
          </w:p>
        </w:tc>
        <w:tc>
          <w:tcPr>
            <w:tcW w:type="dxa" w:w="7087"/>
            <w:vAlign w:val="center"/>
            <w:tcMar>
              <w:top w:w="85" w:type="dxa"/>
              <w:bottom w:w="85" w:type="dxa"/>
              <w:left w:w="85" w:type="dxa"/>
              <w:right w:w="85" w:type="dxa"/>
            </w:tcMar>
            <w:shd w:fill="F5F7F7"/>
          </w:tcPr>
          <w:p>
            <w:pPr>
              <w:spacing w:after="20" w:before="20" w:line="250" w:lineRule="auto"/>
            </w:pPr>
            <w:r>
              <w:rPr>
                <w:b w:val="0"/>
                <w:sz w:val="22"/>
              </w:rPr>
              <w:t>Să găsesc persoane și locuri de sprijin</w:t>
            </w:r>
          </w:p>
        </w:tc>
      </w:tr>
      <w:tr>
        <w:trPr>
          <w:cantSplit/>
        </w:trPr>
        <w:tc>
          <w:tcPr>
            <w:tcW w:type="dxa" w:w="2324"/>
            <w:vAlign w:val="center"/>
            <w:tcMar>
              <w:top w:w="85" w:type="dxa"/>
              <w:bottom w:w="85" w:type="dxa"/>
              <w:left w:w="85" w:type="dxa"/>
              <w:right w:w="85" w:type="dxa"/>
            </w:tcMar>
            <w:shd w:fill="FFFFFF"/>
          </w:tcPr>
          <w:p>
            <w:pPr>
              <w:spacing w:after="20" w:before="20" w:line="250" w:lineRule="auto"/>
            </w:pPr>
            <w:r>
              <w:rPr>
                <w:b w:val="0"/>
                <w:sz w:val="22"/>
              </w:rPr>
              <w:t>Spirituală</w:t>
            </w:r>
          </w:p>
        </w:tc>
        <w:tc>
          <w:tcPr>
            <w:tcW w:type="dxa" w:w="7087"/>
            <w:vAlign w:val="center"/>
            <w:tcMar>
              <w:top w:w="85" w:type="dxa"/>
              <w:bottom w:w="85" w:type="dxa"/>
              <w:left w:w="85" w:type="dxa"/>
              <w:right w:w="85" w:type="dxa"/>
            </w:tcMar>
            <w:shd w:fill="FFFFFF"/>
          </w:tcPr>
          <w:p>
            <w:pPr>
              <w:spacing w:after="20" w:before="20" w:line="250" w:lineRule="auto"/>
            </w:pPr>
            <w:r>
              <w:rPr>
                <w:b w:val="0"/>
                <w:sz w:val="22"/>
              </w:rPr>
              <w:t>Să explorez sensul, valorile sau credința, numai dacă doresc</w:t>
            </w:r>
          </w:p>
        </w:tc>
      </w:tr>
      <w:tr>
        <w:trPr>
          <w:cantSplit/>
        </w:trPr>
        <w:tc>
          <w:tcPr>
            <w:tcW w:type="dxa" w:w="2324"/>
            <w:vAlign w:val="center"/>
            <w:tcMar>
              <w:top w:w="85" w:type="dxa"/>
              <w:bottom w:w="85" w:type="dxa"/>
              <w:left w:w="85" w:type="dxa"/>
              <w:right w:w="85" w:type="dxa"/>
            </w:tcMar>
            <w:shd w:fill="F5F7F7"/>
          </w:tcPr>
          <w:p>
            <w:pPr>
              <w:spacing w:after="20" w:before="20" w:line="250" w:lineRule="auto"/>
            </w:pPr>
            <w:r>
              <w:rPr>
                <w:b w:val="0"/>
                <w:sz w:val="22"/>
              </w:rPr>
              <w:t>Corpul și ritmul</w:t>
            </w:r>
          </w:p>
        </w:tc>
        <w:tc>
          <w:tcPr>
            <w:tcW w:type="dxa" w:w="7087"/>
            <w:vAlign w:val="center"/>
            <w:tcMar>
              <w:top w:w="85" w:type="dxa"/>
              <w:bottom w:w="85" w:type="dxa"/>
              <w:left w:w="85" w:type="dxa"/>
              <w:right w:w="85" w:type="dxa"/>
            </w:tcMar>
            <w:shd w:fill="F5F7F7"/>
          </w:tcPr>
          <w:p>
            <w:pPr>
              <w:spacing w:after="20" w:before="20" w:line="250" w:lineRule="auto"/>
            </w:pPr>
            <w:r>
              <w:rPr>
                <w:b w:val="0"/>
                <w:sz w:val="22"/>
              </w:rPr>
              <w:t>Să construiesc o rutină potrivită pentru mine</w:t>
            </w:r>
          </w:p>
        </w:tc>
      </w:tr>
      <w:tr>
        <w:trPr>
          <w:cantSplit/>
        </w:trPr>
        <w:tc>
          <w:tcPr>
            <w:tcW w:type="dxa" w:w="2324"/>
            <w:vAlign w:val="center"/>
            <w:tcMar>
              <w:top w:w="85" w:type="dxa"/>
              <w:bottom w:w="85" w:type="dxa"/>
              <w:left w:w="85" w:type="dxa"/>
              <w:right w:w="85" w:type="dxa"/>
            </w:tcMar>
            <w:shd w:fill="FFFFFF"/>
          </w:tcPr>
          <w:p>
            <w:pPr>
              <w:spacing w:after="20" w:before="20" w:line="250" w:lineRule="auto"/>
            </w:pPr>
            <w:r>
              <w:rPr>
                <w:b w:val="0"/>
                <w:sz w:val="22"/>
              </w:rPr>
              <w:t>Creația și rostul</w:t>
            </w:r>
          </w:p>
        </w:tc>
        <w:tc>
          <w:tcPr>
            <w:tcW w:type="dxa" w:w="7087"/>
            <w:vAlign w:val="center"/>
            <w:tcMar>
              <w:top w:w="85" w:type="dxa"/>
              <w:bottom w:w="85" w:type="dxa"/>
              <w:left w:w="85" w:type="dxa"/>
              <w:right w:w="85" w:type="dxa"/>
            </w:tcMar>
            <w:shd w:fill="FFFFFF"/>
          </w:tcPr>
          <w:p>
            <w:pPr>
              <w:spacing w:after="20" w:before="20" w:line="250" w:lineRule="auto"/>
            </w:pPr>
            <w:r>
              <w:rPr>
                <w:b w:val="0"/>
                <w:sz w:val="22"/>
              </w:rPr>
              <w:t>Să regăsesc activități și roluri importante</w:t>
            </w:r>
          </w:p>
        </w:tc>
      </w:tr>
      <w:tr>
        <w:trPr>
          <w:cantSplit/>
        </w:trPr>
        <w:tc>
          <w:tcPr>
            <w:tcW w:type="dxa" w:w="2324"/>
            <w:vAlign w:val="center"/>
            <w:tcMar>
              <w:top w:w="85" w:type="dxa"/>
              <w:bottom w:w="85" w:type="dxa"/>
              <w:left w:w="85" w:type="dxa"/>
              <w:right w:w="85" w:type="dxa"/>
            </w:tcMar>
            <w:shd w:fill="F5F7F7"/>
          </w:tcPr>
          <w:p>
            <w:pPr>
              <w:spacing w:after="20" w:before="20" w:line="250" w:lineRule="auto"/>
            </w:pPr>
            <w:r>
              <w:rPr>
                <w:b w:val="0"/>
                <w:sz w:val="22"/>
              </w:rPr>
              <w:t>Reconstrucția</w:t>
            </w:r>
          </w:p>
        </w:tc>
        <w:tc>
          <w:tcPr>
            <w:tcW w:type="dxa" w:w="7087"/>
            <w:vAlign w:val="center"/>
            <w:tcMar>
              <w:top w:w="85" w:type="dxa"/>
              <w:bottom w:w="85" w:type="dxa"/>
              <w:left w:w="85" w:type="dxa"/>
              <w:right w:w="85" w:type="dxa"/>
            </w:tcMar>
            <w:shd w:fill="F5F7F7"/>
          </w:tcPr>
          <w:p>
            <w:pPr>
              <w:spacing w:after="20" w:before="20" w:line="250" w:lineRule="auto"/>
            </w:pPr>
            <w:r>
              <w:rPr>
                <w:b w:val="0"/>
                <w:sz w:val="22"/>
              </w:rPr>
              <w:t>Să cer ajutor pentru locuire, relații, bani, acte sau muncă</w:t>
            </w:r>
          </w:p>
        </w:tc>
      </w:tr>
    </w:tbl>
    <w:p>
      <w:pPr>
        <w:spacing w:after="20" w:before="0" w:line="40" w:lineRule="exact"/>
      </w:pPr>
      <w:r>
        <w:rPr>
          <w:sz w:val="4"/>
        </w:rPr>
      </w:r>
    </w:p>
    <w:p>
      <w:pPr>
        <w:pStyle w:val="Heading2"/>
      </w:pPr>
      <w:r>
        <w:t>Aleg cât și cum completez</w:t>
      </w:r>
    </w:p>
    <w:p>
      <w:pPr>
        <w:spacing w:after="40" w:line="440" w:lineRule="exact"/>
      </w:pPr>
      <w:r>
        <w:rPr>
          <w:sz w:val="22"/>
        </w:rPr>
        <w:t>Prefer să scriu / să discut / să completez cu ajutor / să combin aceste variante.</w:t>
      </w:r>
    </w:p>
    <w:p>
      <w:pPr>
        <w:spacing w:after="40" w:line="440" w:lineRule="exact"/>
      </w:pPr>
      <w:r>
        <w:rPr>
          <w:sz w:val="22"/>
        </w:rPr>
        <w:t>Am nevoie de ___________________________________________________</w:t>
      </w:r>
    </w:p>
    <w:p>
      <w:pPr>
        <w:spacing w:after="40" w:line="440" w:lineRule="exact"/>
      </w:pPr>
      <w:r>
        <w:rPr>
          <w:sz w:val="22"/>
        </w:rPr>
        <w:t>________________________________________________________________</w:t>
      </w:r>
    </w:p>
    <w:p>
      <w:pPr>
        <w:pStyle w:val="Heading2"/>
      </w:pPr>
      <w:r>
        <w:t>Ce fac dacă o întrebare mă tulbură</w:t>
      </w:r>
    </w:p>
    <w:p>
      <w:r>
        <w:t>Mă opresc. Nu trebuie să povestesc în detaliu experiențe dureroase. Pot să cer sprijin și să revin la pagină în alt moment. Dacă mă simt în pericol, folosesc contactele de urgență.</w:t>
      </w:r>
    </w:p>
    <w:p>
      <w:pPr>
        <w:pStyle w:val="Heading2"/>
      </w:pPr>
      <w:r>
        <w:t>Ce păstrez privat</w:t>
      </w:r>
    </w:p>
    <w:p>
      <w:r>
        <w:t>Pot discuta cu specialistul ce informații sunt necesare pentru îngrijire și cine are acces la ele. Nu trebuie să arăt întregul caiet familiei sau grupului. Îl păstrez într-un loc cât mai sigur.</w:t>
      </w:r>
    </w:p>
    <w:p>
      <w:pPr>
        <w:spacing w:after="40" w:line="440" w:lineRule="exact"/>
      </w:pPr>
      <w:r>
        <w:rPr>
          <w:sz w:val="22"/>
        </w:rPr>
        <w:t>Paginile pe care am ales să le folosesc acum _________________________</w:t>
      </w:r>
    </w:p>
    <w:p>
      <w:pPr>
        <w:spacing w:after="40" w:line="440" w:lineRule="exact"/>
      </w:pPr>
      <w:r>
        <w:rPr>
          <w:sz w:val="22"/>
        </w:rPr>
        <w:t>Le discutăm la data de ___________________________________________</w:t>
      </w:r>
    </w:p>
    <w:p>
      <w:pPr>
        <w:pStyle w:val="Heading1"/>
        <w:pageBreakBefore/>
      </w:pPr>
      <w:r>
        <w:t>Fișa 2 Ajutorul meu când îmi este greu</w:t>
      </w:r>
    </w:p>
    <w:p>
      <w:r>
        <w:t>Completez această pagină împreună cu un profesionist. O țin la îndemână. Nu trebuie să completez rubricile înainte de a cere ajutor.</w:t>
      </w:r>
    </w:p>
    <w:p>
      <w:pPr>
        <w:ind w:left="125" w:right="125"/>
        <w:shd w:fill="EFF4F3"/>
      </w:pPr>
      <w:r>
        <w:rPr>
          <w:b/>
          <w:sz w:val="22"/>
        </w:rPr>
        <w:t>Sun la 112 pentru pericol imediat, convulsii, confuzie puternică, dificultăți de respirație, posibilă supradoză sau dacă sunt pe punctul de a mă răni ori de a răni pe cineva. Dacă sunt internat, anunț imediat personalul.</w:t>
      </w:r>
    </w:p>
    <w:p>
      <w:pPr>
        <w:pStyle w:val="Heading2"/>
      </w:pPr>
      <w:r>
        <w:t>Când cer evaluare medicală rapidă</w:t>
      </w:r>
    </w:p>
    <w:p>
      <w:r>
        <w:t>Dacă apar tremurături, transpirații, agitație sau o stare de rău după reducerea ori oprirea alcoolului, contactez rapid un serviciu medical. Confuzia sau convulsiile sunt urgențe. Oprirea bruscă a alcoolului după consum regulat important poate fi periculoasă; planul se stabilește cu medicul, nu cu acest caiet.</w:t>
      </w:r>
    </w:p>
    <w:p>
      <w:pPr>
        <w:spacing w:after="40" w:line="440" w:lineRule="exact"/>
      </w:pPr>
      <w:r>
        <w:rPr>
          <w:sz w:val="22"/>
        </w:rPr>
        <w:t>Semnele mele că am nevoie de ajutor mai devreme _____________________</w:t>
      </w:r>
    </w:p>
    <w:p>
      <w:pPr>
        <w:spacing w:after="40" w:line="440" w:lineRule="exact"/>
      </w:pPr>
      <w:r>
        <w:rPr>
          <w:sz w:val="22"/>
        </w:rPr>
        <w:t>________________________________________________________________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Un lucru simplu care m-a ajutat și este sigur pentru mine _______________</w:t>
      </w:r>
    </w:p>
    <w:p>
      <w:pPr>
        <w:spacing w:after="40" w:line="440" w:lineRule="exact"/>
      </w:pPr>
      <w:r>
        <w:rPr>
          <w:sz w:val="22"/>
        </w:rPr>
        <w:t>________________________________________________________________</w:t>
      </w:r>
    </w:p>
    <w:p>
      <w:pPr>
        <w:spacing w:after="40" w:line="440" w:lineRule="exact"/>
      </w:pPr>
      <w:r>
        <w:rPr>
          <w:sz w:val="22"/>
        </w:rPr>
        <w:t>Persoana de sprijin și telefonul ____________________________________</w:t>
      </w:r>
    </w:p>
    <w:p>
      <w:pPr>
        <w:spacing w:after="40" w:line="440" w:lineRule="exact"/>
      </w:pPr>
      <w:r>
        <w:rPr>
          <w:sz w:val="22"/>
        </w:rPr>
        <w:t>O a doua persoană sau un loc sigur _________________________________</w:t>
      </w:r>
    </w:p>
    <w:p>
      <w:pPr>
        <w:spacing w:after="40" w:line="440" w:lineRule="exact"/>
      </w:pPr>
      <w:r>
        <w:rPr>
          <w:sz w:val="22"/>
        </w:rPr>
        <w:t>Echipa medicală și telefonul _______________________________________</w:t>
      </w:r>
    </w:p>
    <w:p>
      <w:pPr>
        <w:spacing w:after="40" w:line="440" w:lineRule="exact"/>
      </w:pPr>
      <w:r>
        <w:rPr>
          <w:sz w:val="22"/>
        </w:rPr>
        <w:t>Programul în care poate răspunde __________________________________</w:t>
      </w:r>
    </w:p>
    <w:p>
      <w:pPr>
        <w:spacing w:after="40" w:line="440" w:lineRule="exact"/>
      </w:pPr>
      <w:r>
        <w:rPr>
          <w:sz w:val="22"/>
        </w:rPr>
        <w:t>Serviciul pe care îl contactez în afara programului ____________________</w:t>
      </w:r>
    </w:p>
    <w:p>
      <w:pPr>
        <w:spacing w:after="40" w:line="440" w:lineRule="exact"/>
      </w:pPr>
      <w:r>
        <w:rPr>
          <w:sz w:val="22"/>
        </w:rPr>
        <w:t>________________________________________________________________</w:t>
      </w:r>
    </w:p>
    <w:p>
      <w:pPr>
        <w:spacing w:after="40" w:line="440" w:lineRule="exact"/>
      </w:pPr>
      <w:r>
        <w:rPr>
          <w:sz w:val="22"/>
        </w:rPr>
        <w:t>Cu cine discut despre reducerea accesului la lucruri cu care m-aș putea răni</w:t>
      </w:r>
    </w:p>
    <w:p>
      <w:pPr>
        <w:spacing w:after="40" w:line="440" w:lineRule="exact"/>
      </w:pPr>
      <w:r>
        <w:rPr>
          <w:sz w:val="22"/>
        </w:rPr>
        <w:t>________________________________________________________________</w:t>
      </w:r>
    </w:p>
    <w:p>
      <w:pPr>
        <w:pStyle w:val="Heading2"/>
      </w:pPr>
      <w:r>
        <w:t>Dacă nu primesc răspuns</w:t>
      </w:r>
    </w:p>
    <w:p>
      <w:r>
        <w:t>Nu aștept un mesaj din aplicație când sunt în pericol. Apelez 112 sau cer ajutor medical imediat. Pentru alte dificultăți folosesc alternativa stabilită mai sus.</w:t>
      </w:r>
    </w:p>
    <w:p>
      <w:pPr>
        <w:pStyle w:val="Heading1"/>
        <w:pageBreakBefore/>
      </w:pPr>
      <w:r>
        <w:t>Fișa 3 De unde pornesc</w:t>
      </w:r>
    </w:p>
    <w:p>
      <w:r>
        <w:t>Pot răspunde numai la ce este util astăzi. Nu trebuie să găsesc explicația completă a problemelor mele.</w:t>
      </w:r>
    </w:p>
    <w:p>
      <w:pPr>
        <w:pStyle w:val="Heading2"/>
      </w:pPr>
      <w:r>
        <w:t>Ce aș vrea să fie diferit</w:t>
      </w:r>
    </w:p>
    <w:p>
      <w:pPr>
        <w:spacing w:after="40" w:line="440" w:lineRule="exact"/>
      </w:pPr>
      <w:r>
        <w:rPr>
          <w:sz w:val="22"/>
        </w:rPr>
        <w:t>Problema care mă apasă cel mai mult acum este ______________________</w:t>
      </w:r>
    </w:p>
    <w:p>
      <w:pPr>
        <w:spacing w:after="40" w:line="440" w:lineRule="exact"/>
      </w:pPr>
      <w:r>
        <w:rPr>
          <w:sz w:val="22"/>
        </w:rPr>
        <w:t>________________________________________________________________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Consumul de alcool îmi afectează viața prin __________________________</w:t>
      </w:r>
    </w:p>
    <w:p>
      <w:pPr>
        <w:spacing w:after="40" w:line="440" w:lineRule="exact"/>
      </w:pPr>
      <w:r>
        <w:rPr>
          <w:sz w:val="22"/>
        </w:rPr>
        <w:t>________________________________________________________________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îmi oferă alcoolul pe moment sau ce încerc să obțin prin consum</w:t>
      </w:r>
    </w:p>
    <w:p>
      <w:pPr>
        <w:spacing w:after="40" w:line="440" w:lineRule="exact"/>
      </w:pPr>
      <w:r>
        <w:rPr>
          <w:sz w:val="22"/>
        </w:rPr>
        <w:t>________________________________________________________________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mă îngrijorează în legătură cu ce se întâmplă după aceea</w:t>
      </w:r>
    </w:p>
    <w:p>
      <w:pPr>
        <w:spacing w:after="40" w:line="440" w:lineRule="exact"/>
      </w:pPr>
      <w:r>
        <w:rPr>
          <w:sz w:val="22"/>
        </w:rPr>
        <w:t>________________________________________________________________</w:t>
      </w:r>
    </w:p>
    <w:p>
      <w:pPr>
        <w:spacing w:after="40" w:line="440" w:lineRule="exact"/>
      </w:pPr>
      <w:r>
        <w:rPr>
          <w:sz w:val="22"/>
        </w:rPr>
        <w:t>________________________________________________________________</w:t>
      </w:r>
    </w:p>
    <w:p>
      <w:pPr>
        <w:pStyle w:val="Heading2"/>
      </w:pPr>
      <w:r>
        <w:t>Ce există deja în favoarea mea</w:t>
      </w:r>
    </w:p>
    <w:p>
      <w:pPr>
        <w:spacing w:after="40" w:line="440" w:lineRule="exact"/>
      </w:pPr>
      <w:r>
        <w:rPr>
          <w:sz w:val="22"/>
        </w:rPr>
        <w:t>Un lucru care m-a ajutat înainte ___________________________________</w:t>
      </w:r>
    </w:p>
    <w:p>
      <w:pPr>
        <w:spacing w:after="40" w:line="440" w:lineRule="exact"/>
      </w:pPr>
      <w:r>
        <w:rPr>
          <w:sz w:val="22"/>
        </w:rPr>
        <w:t>________________________________________________________________</w:t>
      </w:r>
    </w:p>
    <w:p>
      <w:pPr>
        <w:spacing w:after="40" w:line="440" w:lineRule="exact"/>
      </w:pPr>
      <w:r>
        <w:rPr>
          <w:sz w:val="22"/>
        </w:rPr>
        <w:t>O persoană, o abilitate sau un serviciu pe care mă pot baza ______________</w:t>
      </w:r>
    </w:p>
    <w:p>
      <w:pPr>
        <w:spacing w:after="40" w:line="440" w:lineRule="exact"/>
      </w:pPr>
      <w:r>
        <w:rPr>
          <w:sz w:val="22"/>
        </w:rPr>
        <w:t>________________________________________________________________</w:t>
      </w:r>
    </w:p>
    <w:p>
      <w:pPr>
        <w:spacing w:after="40" w:line="440" w:lineRule="exact"/>
      </w:pPr>
      <w:r>
        <w:rPr>
          <w:sz w:val="22"/>
        </w:rPr>
        <w:t>Un lucru pe care vreau să îl știe specialistul __________________________</w:t>
      </w:r>
    </w:p>
    <w:p>
      <w:pPr>
        <w:spacing w:after="40" w:line="440" w:lineRule="exact"/>
      </w:pPr>
      <w:r>
        <w:rPr>
          <w:sz w:val="22"/>
        </w:rPr>
        <w:t>________________________________________________________________</w:t>
      </w:r>
    </w:p>
    <w:p>
      <w:r>
        <w:t>Pot lăsa întrebările dificile pentru întâlnire. Această fișă nu stabilește un diagnostic și nu arată cât de „grav” sunt.</w:t>
      </w:r>
    </w:p>
    <w:p>
      <w:pPr>
        <w:pStyle w:val="Heading1"/>
        <w:pageBreakBefore/>
      </w:pPr>
      <w:r>
        <w:t>Fișa 4 Alegem cărările pe care lucrăm</w:t>
      </w:r>
    </w:p>
    <w:p>
      <w:r>
        <w:t>Completez această pagină împreună cu specialistul. Pentru fiecare domeniu putem discuta nevoia, interesul meu, resursele și ce este posibil în următoarele șapte zile. Nu adunăm puncte.</w:t>
      </w:r>
    </w:p>
    <w:tbl>
      <w:tblPr>
        <w:tblW w:type="auto" w:w="0"/>
        <w:jc w:val="center"/>
        <w:tblLayout w:type="fixed"/>
        <w:tblLook w:firstColumn="1" w:firstRow="1" w:lastColumn="0" w:lastRow="0" w:noHBand="0" w:noVBand="1" w:val="04A0"/>
      </w:tblPr>
      <w:tblGrid>
        <w:gridCol w:w="2324"/>
        <w:gridCol w:w="7087"/>
      </w:tblGrid>
      <w:tr>
        <w:trPr>
          <w:cantSplit/>
          <w:tblHeader/>
        </w:trPr>
        <w:tc>
          <w:tcPr>
            <w:tcW w:type="dxa" w:w="2324"/>
            <w:vAlign w:val="center"/>
            <w:tcMar>
              <w:top w:w="85" w:type="dxa"/>
              <w:bottom w:w="85" w:type="dxa"/>
              <w:left w:w="85" w:type="dxa"/>
              <w:right w:w="85" w:type="dxa"/>
            </w:tcMar>
            <w:shd w:fill="E3EEEC"/>
          </w:tcPr>
          <w:p>
            <w:pPr>
              <w:spacing w:after="20" w:before="20" w:line="250" w:lineRule="auto"/>
            </w:pPr>
            <w:r>
              <w:rPr>
                <w:b/>
                <w:sz w:val="22"/>
              </w:rPr>
              <w:t>Domeniu</w:t>
            </w:r>
          </w:p>
        </w:tc>
        <w:tc>
          <w:tcPr>
            <w:tcW w:type="dxa" w:w="7087"/>
            <w:vAlign w:val="center"/>
            <w:tcMar>
              <w:top w:w="85" w:type="dxa"/>
              <w:bottom w:w="85" w:type="dxa"/>
              <w:left w:w="85" w:type="dxa"/>
              <w:right w:w="85" w:type="dxa"/>
            </w:tcMar>
            <w:shd w:fill="E3EEEC"/>
          </w:tcPr>
          <w:p>
            <w:pPr>
              <w:spacing w:after="20" w:before="20" w:line="250" w:lineRule="auto"/>
            </w:pPr>
            <w:r>
              <w:rPr>
                <w:b/>
                <w:sz w:val="22"/>
              </w:rPr>
              <w:t>Ce am nevoie sau ce aș vrea să discut</w:t>
            </w:r>
          </w:p>
        </w:tc>
      </w:tr>
      <w:tr>
        <w:trPr>
          <w:cantSplit/>
          <w:trHeight w:val="516" w:hRule="atLeast"/>
        </w:trPr>
        <w:tc>
          <w:tcPr>
            <w:tcW w:type="dxa" w:w="2324"/>
            <w:vAlign w:val="center"/>
            <w:tcMar>
              <w:top w:w="85" w:type="dxa"/>
              <w:bottom w:w="85" w:type="dxa"/>
              <w:left w:w="85" w:type="dxa"/>
              <w:right w:w="85" w:type="dxa"/>
            </w:tcMar>
            <w:shd w:fill="F5F7F7"/>
          </w:tcPr>
          <w:p>
            <w:pPr>
              <w:spacing w:after="20" w:before="20" w:line="250" w:lineRule="auto"/>
            </w:pPr>
            <w:r>
              <w:rPr>
                <w:b w:val="0"/>
                <w:sz w:val="22"/>
              </w:rPr>
              <w:t>Medicală</w:t>
            </w:r>
          </w:p>
        </w:tc>
        <w:tc>
          <w:tcPr>
            <w:tcW w:type="dxa" w:w="7087"/>
            <w:vAlign w:val="center"/>
            <w:tcMar>
              <w:top w:w="85" w:type="dxa"/>
              <w:bottom w:w="85" w:type="dxa"/>
              <w:left w:w="85" w:type="dxa"/>
              <w:right w:w="85" w:type="dxa"/>
            </w:tcMar>
            <w:shd w:fill="F5F7F7"/>
          </w:tcPr>
          <w:p>
            <w:pPr>
              <w:spacing w:after="20" w:before="20" w:line="250" w:lineRule="auto"/>
            </w:pPr>
            <w:r>
              <w:rPr>
                <w:b w:val="0"/>
                <w:sz w:val="22"/>
              </w:rPr>
              <w:t>__________________________________</w:t>
            </w:r>
          </w:p>
        </w:tc>
      </w:tr>
      <w:tr>
        <w:trPr>
          <w:cantSplit/>
          <w:trHeight w:val="516" w:hRule="atLeast"/>
        </w:trPr>
        <w:tc>
          <w:tcPr>
            <w:tcW w:type="dxa" w:w="2324"/>
            <w:vAlign w:val="center"/>
            <w:tcMar>
              <w:top w:w="85" w:type="dxa"/>
              <w:bottom w:w="85" w:type="dxa"/>
              <w:left w:w="85" w:type="dxa"/>
              <w:right w:w="85" w:type="dxa"/>
            </w:tcMar>
            <w:shd w:fill="FFFFFF"/>
          </w:tcPr>
          <w:p>
            <w:pPr>
              <w:spacing w:after="20" w:before="20" w:line="250" w:lineRule="auto"/>
            </w:pPr>
            <w:r>
              <w:rPr>
                <w:b w:val="0"/>
                <w:sz w:val="22"/>
              </w:rPr>
              <w:t>Înțelegerea de sine</w:t>
            </w:r>
          </w:p>
        </w:tc>
        <w:tc>
          <w:tcPr>
            <w:tcW w:type="dxa" w:w="7087"/>
            <w:vAlign w:val="center"/>
            <w:tcMar>
              <w:top w:w="85" w:type="dxa"/>
              <w:bottom w:w="85" w:type="dxa"/>
              <w:left w:w="85" w:type="dxa"/>
              <w:right w:w="85" w:type="dxa"/>
            </w:tcMar>
            <w:shd w:fill="FFFFFF"/>
          </w:tcPr>
          <w:p>
            <w:pPr>
              <w:spacing w:after="20" w:before="20" w:line="250" w:lineRule="auto"/>
            </w:pPr>
            <w:r>
              <w:rPr>
                <w:b w:val="0"/>
                <w:sz w:val="22"/>
              </w:rPr>
              <w:t>__________________________________</w:t>
            </w:r>
          </w:p>
        </w:tc>
      </w:tr>
      <w:tr>
        <w:trPr>
          <w:cantSplit/>
          <w:trHeight w:val="516" w:hRule="atLeast"/>
        </w:trPr>
        <w:tc>
          <w:tcPr>
            <w:tcW w:type="dxa" w:w="2324"/>
            <w:vAlign w:val="center"/>
            <w:tcMar>
              <w:top w:w="85" w:type="dxa"/>
              <w:bottom w:w="85" w:type="dxa"/>
              <w:left w:w="85" w:type="dxa"/>
              <w:right w:w="85" w:type="dxa"/>
            </w:tcMar>
            <w:shd w:fill="F5F7F7"/>
          </w:tcPr>
          <w:p>
            <w:pPr>
              <w:spacing w:after="20" w:before="20" w:line="250" w:lineRule="auto"/>
            </w:pPr>
            <w:r>
              <w:rPr>
                <w:b w:val="0"/>
                <w:sz w:val="22"/>
              </w:rPr>
              <w:t>Comunitatea</w:t>
            </w:r>
          </w:p>
        </w:tc>
        <w:tc>
          <w:tcPr>
            <w:tcW w:type="dxa" w:w="7087"/>
            <w:vAlign w:val="center"/>
            <w:tcMar>
              <w:top w:w="85" w:type="dxa"/>
              <w:bottom w:w="85" w:type="dxa"/>
              <w:left w:w="85" w:type="dxa"/>
              <w:right w:w="85" w:type="dxa"/>
            </w:tcMar>
            <w:shd w:fill="F5F7F7"/>
          </w:tcPr>
          <w:p>
            <w:pPr>
              <w:spacing w:after="20" w:before="20" w:line="250" w:lineRule="auto"/>
            </w:pPr>
            <w:r>
              <w:rPr>
                <w:b w:val="0"/>
                <w:sz w:val="22"/>
              </w:rPr>
              <w:t>__________________________________</w:t>
            </w:r>
          </w:p>
        </w:tc>
      </w:tr>
      <w:tr>
        <w:trPr>
          <w:cantSplit/>
          <w:trHeight w:val="516" w:hRule="atLeast"/>
        </w:trPr>
        <w:tc>
          <w:tcPr>
            <w:tcW w:type="dxa" w:w="2324"/>
            <w:vAlign w:val="center"/>
            <w:tcMar>
              <w:top w:w="85" w:type="dxa"/>
              <w:bottom w:w="85" w:type="dxa"/>
              <w:left w:w="85" w:type="dxa"/>
              <w:right w:w="85" w:type="dxa"/>
            </w:tcMar>
            <w:shd w:fill="FFFFFF"/>
          </w:tcPr>
          <w:p>
            <w:pPr>
              <w:spacing w:after="20" w:before="20" w:line="250" w:lineRule="auto"/>
            </w:pPr>
            <w:r>
              <w:rPr>
                <w:b w:val="0"/>
                <w:sz w:val="22"/>
              </w:rPr>
              <w:t>Spirituală numai dacă doresc</w:t>
            </w:r>
          </w:p>
        </w:tc>
        <w:tc>
          <w:tcPr>
            <w:tcW w:type="dxa" w:w="7087"/>
            <w:vAlign w:val="center"/>
            <w:tcMar>
              <w:top w:w="85" w:type="dxa"/>
              <w:bottom w:w="85" w:type="dxa"/>
              <w:left w:w="85" w:type="dxa"/>
              <w:right w:w="85" w:type="dxa"/>
            </w:tcMar>
            <w:shd w:fill="FFFFFF"/>
          </w:tcPr>
          <w:p>
            <w:pPr>
              <w:spacing w:after="20" w:before="20" w:line="250" w:lineRule="auto"/>
            </w:pPr>
            <w:r>
              <w:rPr>
                <w:b w:val="0"/>
                <w:sz w:val="22"/>
              </w:rPr>
              <w:t>__________________________________</w:t>
            </w:r>
          </w:p>
        </w:tc>
      </w:tr>
      <w:tr>
        <w:trPr>
          <w:cantSplit/>
          <w:trHeight w:val="516" w:hRule="atLeast"/>
        </w:trPr>
        <w:tc>
          <w:tcPr>
            <w:tcW w:type="dxa" w:w="2324"/>
            <w:vAlign w:val="center"/>
            <w:tcMar>
              <w:top w:w="85" w:type="dxa"/>
              <w:bottom w:w="85" w:type="dxa"/>
              <w:left w:w="85" w:type="dxa"/>
              <w:right w:w="85" w:type="dxa"/>
            </w:tcMar>
            <w:shd w:fill="F5F7F7"/>
          </w:tcPr>
          <w:p>
            <w:pPr>
              <w:spacing w:after="20" w:before="20" w:line="250" w:lineRule="auto"/>
            </w:pPr>
            <w:r>
              <w:rPr>
                <w:b w:val="0"/>
                <w:sz w:val="22"/>
              </w:rPr>
              <w:t>Corpul și ritmul</w:t>
            </w:r>
          </w:p>
        </w:tc>
        <w:tc>
          <w:tcPr>
            <w:tcW w:type="dxa" w:w="7087"/>
            <w:vAlign w:val="center"/>
            <w:tcMar>
              <w:top w:w="85" w:type="dxa"/>
              <w:bottom w:w="85" w:type="dxa"/>
              <w:left w:w="85" w:type="dxa"/>
              <w:right w:w="85" w:type="dxa"/>
            </w:tcMar>
            <w:shd w:fill="F5F7F7"/>
          </w:tcPr>
          <w:p>
            <w:pPr>
              <w:spacing w:after="20" w:before="20" w:line="250" w:lineRule="auto"/>
            </w:pPr>
            <w:r>
              <w:rPr>
                <w:b w:val="0"/>
                <w:sz w:val="22"/>
              </w:rPr>
              <w:t>__________________________________</w:t>
            </w:r>
          </w:p>
        </w:tc>
      </w:tr>
      <w:tr>
        <w:trPr>
          <w:cantSplit/>
          <w:trHeight w:val="516" w:hRule="atLeast"/>
        </w:trPr>
        <w:tc>
          <w:tcPr>
            <w:tcW w:type="dxa" w:w="2324"/>
            <w:vAlign w:val="center"/>
            <w:tcMar>
              <w:top w:w="85" w:type="dxa"/>
              <w:bottom w:w="85" w:type="dxa"/>
              <w:left w:w="85" w:type="dxa"/>
              <w:right w:w="85" w:type="dxa"/>
            </w:tcMar>
            <w:shd w:fill="FFFFFF"/>
          </w:tcPr>
          <w:p>
            <w:pPr>
              <w:spacing w:after="20" w:before="20" w:line="250" w:lineRule="auto"/>
            </w:pPr>
            <w:r>
              <w:rPr>
                <w:b w:val="0"/>
                <w:sz w:val="22"/>
              </w:rPr>
              <w:t>Creația și rostul</w:t>
            </w:r>
          </w:p>
        </w:tc>
        <w:tc>
          <w:tcPr>
            <w:tcW w:type="dxa" w:w="7087"/>
            <w:vAlign w:val="center"/>
            <w:tcMar>
              <w:top w:w="85" w:type="dxa"/>
              <w:bottom w:w="85" w:type="dxa"/>
              <w:left w:w="85" w:type="dxa"/>
              <w:right w:w="85" w:type="dxa"/>
            </w:tcMar>
            <w:shd w:fill="FFFFFF"/>
          </w:tcPr>
          <w:p>
            <w:pPr>
              <w:spacing w:after="20" w:before="20" w:line="250" w:lineRule="auto"/>
            </w:pPr>
            <w:r>
              <w:rPr>
                <w:b w:val="0"/>
                <w:sz w:val="22"/>
              </w:rPr>
              <w:t>__________________________________</w:t>
            </w:r>
          </w:p>
        </w:tc>
      </w:tr>
      <w:tr>
        <w:trPr>
          <w:cantSplit/>
          <w:trHeight w:val="516" w:hRule="atLeast"/>
        </w:trPr>
        <w:tc>
          <w:tcPr>
            <w:tcW w:type="dxa" w:w="2324"/>
            <w:vAlign w:val="center"/>
            <w:tcMar>
              <w:top w:w="85" w:type="dxa"/>
              <w:bottom w:w="85" w:type="dxa"/>
              <w:left w:w="85" w:type="dxa"/>
              <w:right w:w="85" w:type="dxa"/>
            </w:tcMar>
            <w:shd w:fill="F5F7F7"/>
          </w:tcPr>
          <w:p>
            <w:pPr>
              <w:spacing w:after="20" w:before="20" w:line="250" w:lineRule="auto"/>
            </w:pPr>
            <w:r>
              <w:rPr>
                <w:b w:val="0"/>
                <w:sz w:val="22"/>
              </w:rPr>
              <w:t>Reconstrucția</w:t>
            </w:r>
          </w:p>
        </w:tc>
        <w:tc>
          <w:tcPr>
            <w:tcW w:type="dxa" w:w="7087"/>
            <w:vAlign w:val="center"/>
            <w:tcMar>
              <w:top w:w="85" w:type="dxa"/>
              <w:bottom w:w="85" w:type="dxa"/>
              <w:left w:w="85" w:type="dxa"/>
              <w:right w:w="85" w:type="dxa"/>
            </w:tcMar>
            <w:shd w:fill="F5F7F7"/>
          </w:tcPr>
          <w:p>
            <w:pPr>
              <w:spacing w:after="20" w:before="20" w:line="250" w:lineRule="auto"/>
            </w:pPr>
            <w:r>
              <w:rPr>
                <w:b w:val="0"/>
                <w:sz w:val="22"/>
              </w:rPr>
              <w:t>__________________________________</w:t>
            </w:r>
          </w:p>
        </w:tc>
      </w:tr>
    </w:tbl>
    <w:p>
      <w:pPr>
        <w:spacing w:after="20" w:before="0" w:line="40" w:lineRule="exact"/>
      </w:pPr>
      <w:r>
        <w:rPr>
          <w:sz w:val="4"/>
        </w:rPr>
      </w:r>
    </w:p>
    <w:p>
      <w:pPr>
        <w:pStyle w:val="Heading2"/>
      </w:pPr>
      <w:r>
        <w:t>Alegerea pentru perioada următoare</w:t>
      </w:r>
    </w:p>
    <w:p>
      <w:pPr>
        <w:spacing w:after="40" w:line="440" w:lineRule="exact"/>
      </w:pPr>
      <w:r>
        <w:rPr>
          <w:sz w:val="22"/>
        </w:rPr>
        <w:t>Cărarea principală _______________________________________________</w:t>
      </w:r>
    </w:p>
    <w:p>
      <w:pPr>
        <w:spacing w:after="40" w:line="440" w:lineRule="exact"/>
      </w:pPr>
      <w:r>
        <w:rPr>
          <w:sz w:val="22"/>
        </w:rPr>
        <w:t>Cel mult două cărări de sprijin 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De ce mi se potrivește această alegere acum _________________________</w:t>
      </w:r>
    </w:p>
    <w:p>
      <w:pPr>
        <w:spacing w:after="40" w:line="440" w:lineRule="exact"/>
      </w:pPr>
      <w:r>
        <w:rPr>
          <w:sz w:val="22"/>
        </w:rPr>
        <w:t>________________________________________________________________</w:t>
      </w:r>
    </w:p>
    <w:p>
      <w:pPr>
        <w:spacing w:after="40" w:line="440" w:lineRule="exact"/>
      </w:pPr>
      <w:r>
        <w:rPr>
          <w:sz w:val="22"/>
        </w:rPr>
        <w:t>Cine sau ce mă poate ajuta 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Primul pas care pare posibil 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Îngrijirea medicală care continuă indiferent de alegere _________________</w:t>
      </w:r>
    </w:p>
    <w:p>
      <w:pPr>
        <w:spacing w:after="40" w:line="440" w:lineRule="exact"/>
      </w:pPr>
      <w:r>
        <w:rPr>
          <w:sz w:val="22"/>
        </w:rPr>
        <w:t>________________________________________________________________</w:t>
      </w:r>
    </w:p>
    <w:p>
      <w:pPr>
        <w:spacing w:after="40" w:line="440" w:lineRule="exact"/>
      </w:pPr>
      <w:r>
        <w:rPr>
          <w:sz w:val="22"/>
        </w:rPr>
        <w:t>Revizuim alegerea la data de _______________________________________</w:t>
      </w:r>
    </w:p>
    <w:p>
      <w:pPr>
        <w:spacing w:after="40" w:line="440" w:lineRule="exact"/>
      </w:pPr>
      <w:r>
        <w:rPr>
          <w:sz w:val="22"/>
        </w:rPr>
        <w:t>Pot schimba cărarea împreună cu specialistul. Schimbarea nu este un eșec.</w:t>
      </w:r>
    </w:p>
    <w:p>
      <w:pPr>
        <w:pStyle w:val="Heading1"/>
        <w:pageBreakBefore/>
      </w:pPr>
      <w:r>
        <w:t>Fișa 5 Ce contează și câtă încredere am</w:t>
      </w:r>
    </w:p>
    <w:p>
      <w:r>
        <w:t>Aleg o schimbare concretă despre care să discut. Numerele sunt doar un mod de a descrie cum mă simt acum. Nu sunt scoruri medicale și nu se adună.</w:t>
      </w:r>
    </w:p>
    <w:p>
      <w:pPr>
        <w:spacing w:after="40" w:line="440" w:lineRule="exact"/>
      </w:pPr>
      <w:r>
        <w:rPr>
          <w:sz w:val="22"/>
        </w:rPr>
        <w:t>Schimbarea la care mă gândesc _____________________________________</w:t>
      </w:r>
    </w:p>
    <w:p>
      <w:pPr>
        <w:spacing w:after="40" w:line="440" w:lineRule="exact"/>
      </w:pPr>
      <w:r>
        <w:rPr>
          <w:sz w:val="22"/>
        </w:rPr>
        <w:t>________________________________________________________________</w:t>
      </w:r>
    </w:p>
    <w:p>
      <w:pPr>
        <w:pStyle w:val="Heading2"/>
      </w:pPr>
      <w:r>
        <w:t>Importanța pentru mine</w:t>
      </w:r>
    </w:p>
    <w:p>
      <w:pPr>
        <w:spacing w:after="40" w:line="440" w:lineRule="exact"/>
      </w:pPr>
      <w:r>
        <w:rPr>
          <w:sz w:val="22"/>
        </w:rPr>
        <w:t>De la 0, deloc importantă acum, la 10, foarte importantă, aleg ______</w:t>
      </w:r>
    </w:p>
    <w:p>
      <w:pPr>
        <w:spacing w:after="40" w:line="440" w:lineRule="exact"/>
      </w:pPr>
      <w:r>
        <w:rPr>
          <w:sz w:val="22"/>
        </w:rPr>
        <w:t>Pot răspunde și în cuvinte _________________________________________</w:t>
      </w:r>
    </w:p>
    <w:p>
      <w:pPr>
        <w:spacing w:after="40" w:line="440" w:lineRule="exact"/>
      </w:pPr>
      <w:r>
        <w:rPr>
          <w:sz w:val="22"/>
        </w:rPr>
        <w:t>Ce face ca această schimbare să conteze pentru mine __________________</w:t>
      </w:r>
    </w:p>
    <w:p>
      <w:pPr>
        <w:spacing w:after="40" w:line="440" w:lineRule="exact"/>
      </w:pPr>
      <w:r>
        <w:rPr>
          <w:sz w:val="22"/>
        </w:rPr>
        <w:t>________________________________________________________________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mă face să ezit _______________________________________________</w:t>
      </w:r>
    </w:p>
    <w:p>
      <w:pPr>
        <w:spacing w:after="40" w:line="440" w:lineRule="exact"/>
      </w:pPr>
      <w:r>
        <w:rPr>
          <w:sz w:val="22"/>
        </w:rPr>
        <w:t>________________________________________________________________</w:t>
      </w:r>
    </w:p>
    <w:p>
      <w:pPr>
        <w:pStyle w:val="Heading2"/>
      </w:pPr>
      <w:r>
        <w:t>Încrederea că pot face un prim pas</w:t>
      </w:r>
    </w:p>
    <w:p>
      <w:pPr>
        <w:spacing w:after="40" w:line="440" w:lineRule="exact"/>
      </w:pPr>
      <w:r>
        <w:rPr>
          <w:sz w:val="22"/>
        </w:rPr>
        <w:t>De la 0, fără încredere acum, la 10, foarte multă încredere, aleg ______</w:t>
      </w:r>
    </w:p>
    <w:p>
      <w:pPr>
        <w:spacing w:after="40" w:line="440" w:lineRule="exact"/>
      </w:pPr>
      <w:r>
        <w:rPr>
          <w:sz w:val="22"/>
        </w:rPr>
        <w:t>O experiență sau o resursă pe care mă pot baza _______________________</w:t>
      </w:r>
    </w:p>
    <w:p>
      <w:pPr>
        <w:spacing w:after="40" w:line="440" w:lineRule="exact"/>
      </w:pPr>
      <w:r>
        <w:rPr>
          <w:sz w:val="22"/>
        </w:rPr>
        <w:t>________________________________________________________________</w:t>
      </w:r>
    </w:p>
    <w:p>
      <w:pPr>
        <w:spacing w:after="40" w:line="440" w:lineRule="exact"/>
      </w:pPr>
      <w:r>
        <w:rPr>
          <w:sz w:val="22"/>
        </w:rPr>
        <w:t>Ce mi-ar face pasul puțin mai ușor __________________________________</w:t>
      </w:r>
    </w:p>
    <w:p>
      <w:pPr>
        <w:spacing w:after="40" w:line="440" w:lineRule="exact"/>
      </w:pPr>
      <w:r>
        <w:rPr>
          <w:sz w:val="22"/>
        </w:rPr>
        <w:t>________________________________________________________________</w:t>
      </w:r>
    </w:p>
    <w:p>
      <w:pPr>
        <w:pStyle w:val="Heading2"/>
      </w:pPr>
      <w:r>
        <w:t>Alegerea mea de astăzi</w:t>
      </w:r>
    </w:p>
    <w:p>
      <w:r>
        <w:t>Doresc să încerc un pas / să mai discut / să cer ajutor / să amân decizia.</w:t>
      </w:r>
    </w:p>
    <w:p>
      <w:pPr>
        <w:spacing w:after="40" w:line="440" w:lineRule="exact"/>
      </w:pPr>
      <w:r>
        <w:rPr>
          <w:sz w:val="22"/>
        </w:rPr>
        <w:t>Ce vreau să discut cu specialistul __________________________________</w:t>
      </w:r>
    </w:p>
    <w:p>
      <w:pPr>
        <w:spacing w:after="40" w:line="440" w:lineRule="exact"/>
      </w:pPr>
      <w:r>
        <w:rPr>
          <w:sz w:val="22"/>
        </w:rPr>
        <w:t>________________________________________________________________</w:t>
      </w:r>
    </w:p>
    <w:p>
      <w:r>
        <w:t>Pot avea motive și pentru schimbare, și pentru a păstra lucrurile așa cum sunt. Nu trebuie să ascund această ezitare.</w:t>
      </w:r>
    </w:p>
    <w:p>
      <w:pPr>
        <w:pStyle w:val="Heading1"/>
        <w:pageBreakBefore/>
      </w:pPr>
      <w:r>
        <w:t>Fișa 6 Pregătesc întâlnirea cu medicul</w:t>
      </w:r>
    </w:p>
    <w:p>
      <w:r>
        <w:t>Aceasta este o fișă de comunicare. Nu îmi spune ce medicamente să iau, să opresc sau să schimb. Pentru doze omise ori probleme de tratament cer indicația medicului sau farmacistului.</w:t>
      </w:r>
    </w:p>
    <w:p>
      <w:pPr>
        <w:pStyle w:val="Heading2"/>
      </w:pPr>
      <w:r>
        <w:t>Ce vreau să spun</w:t>
      </w:r>
    </w:p>
    <w:p>
      <w:pPr>
        <w:spacing w:after="40" w:line="440" w:lineRule="exact"/>
      </w:pPr>
      <w:r>
        <w:rPr>
          <w:sz w:val="22"/>
        </w:rPr>
        <w:t>Simptome noi sau schimbări de la ultima întâlnire _____________________</w:t>
      </w:r>
    </w:p>
    <w:p>
      <w:pPr>
        <w:spacing w:after="40" w:line="440" w:lineRule="exact"/>
      </w:pPr>
      <w:r>
        <w:rPr>
          <w:sz w:val="22"/>
        </w:rPr>
        <w:t>________________________________________________________________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medicamente, suplimente sau alte substanțe am folosit efectiv</w:t>
      </w:r>
    </w:p>
    <w:p>
      <w:pPr>
        <w:spacing w:after="40" w:line="440" w:lineRule="exact"/>
      </w:pPr>
      <w:r>
        <w:rPr>
          <w:sz w:val="22"/>
        </w:rPr>
        <w:t>________________________________________________________________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Dacă am omis sau am schimbat ceva, ce s-a întâmplat __________________</w:t>
      </w:r>
    </w:p>
    <w:p>
      <w:pPr>
        <w:spacing w:after="40" w:line="440" w:lineRule="exact"/>
      </w:pPr>
      <w:r>
        <w:rPr>
          <w:sz w:val="22"/>
        </w:rPr>
        <w:t>________________________________________________________________</w:t>
      </w:r>
    </w:p>
    <w:p>
      <w:pPr>
        <w:spacing w:after="40" w:line="440" w:lineRule="exact"/>
      </w:pPr>
      <w:r>
        <w:rPr>
          <w:sz w:val="22"/>
        </w:rPr>
        <w:t>Ce efecte neplăcute sau dificultăți vreau să discut _____________________</w:t>
      </w:r>
    </w:p>
    <w:p>
      <w:pPr>
        <w:spacing w:after="40" w:line="440" w:lineRule="exact"/>
      </w:pPr>
      <w:r>
        <w:rPr>
          <w:sz w:val="22"/>
        </w:rPr>
        <w:t>________________________________________________________________</w:t>
      </w:r>
    </w:p>
    <w:p>
      <w:pPr>
        <w:pStyle w:val="Heading2"/>
      </w:pPr>
      <w:r>
        <w:t>Întrebările mele</w:t>
      </w:r>
    </w:p>
    <w:p>
      <w:pPr>
        <w:spacing w:after="40" w:line="440" w:lineRule="exact"/>
      </w:pPr>
      <w:r>
        <w:rPr>
          <w:sz w:val="22"/>
        </w:rPr>
        <w:t>1 ______________________________________________________________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2 ______________________________________________________________</w:t>
      </w:r>
    </w:p>
    <w:p>
      <w:pPr>
        <w:spacing w:after="40" w:line="440" w:lineRule="exact"/>
      </w:pPr>
      <w:r>
        <w:rPr>
          <w:sz w:val="22"/>
        </w:rPr>
        <w:t>________________________________________________________________</w:t>
      </w:r>
    </w:p>
    <w:p>
      <w:pPr>
        <w:pStyle w:val="Heading2"/>
      </w:pPr>
      <w:r>
        <w:t>Organizarea consultației</w:t>
      </w:r>
    </w:p>
    <w:p>
      <w:pPr>
        <w:spacing w:after="40" w:line="440" w:lineRule="exact"/>
      </w:pPr>
      <w:r>
        <w:rPr>
          <w:sz w:val="22"/>
        </w:rPr>
        <w:t>Data și locul ____________________________________________________</w:t>
      </w:r>
    </w:p>
    <w:p>
      <w:pPr>
        <w:spacing w:after="40" w:line="440" w:lineRule="exact"/>
      </w:pPr>
      <w:r>
        <w:rPr>
          <w:sz w:val="22"/>
        </w:rPr>
        <w:t>Ce trebuie să aduc _______________________________________________</w:t>
      </w:r>
    </w:p>
    <w:p>
      <w:pPr>
        <w:spacing w:after="40" w:line="440" w:lineRule="exact"/>
      </w:pPr>
      <w:r>
        <w:rPr>
          <w:sz w:val="22"/>
        </w:rPr>
        <w:t>Cum ajung sau cine mă ajută _______________________________________</w:t>
      </w:r>
    </w:p>
    <w:p>
      <w:pPr>
        <w:ind w:left="125" w:right="125"/>
        <w:shd w:fill="EFF4F3"/>
      </w:pPr>
      <w:r>
        <w:rPr>
          <w:b/>
          <w:sz w:val="22"/>
        </w:rPr>
        <w:t>Nu aștept programarea dacă apar semne de urgență. Folosesc pagina cu contactele și cer ajutor.</w:t>
      </w:r>
    </w:p>
    <w:p>
      <w:pPr>
        <w:pStyle w:val="Heading1"/>
        <w:pageBreakBefore/>
      </w:pPr>
      <w:r>
        <w:t>Fișa 7 Înțeleg o situație recentă</w:t>
      </w:r>
    </w:p>
    <w:p>
      <w:r>
        <w:t>Aleg o situație pe care o pot privi fără să mă copleșească. Poate fi un moment cu poftă de alcool, chiar dacă nu am consumat. Nu trebuie să descriu o traumă.</w:t>
      </w:r>
    </w:p>
    <w:p>
      <w:pPr>
        <w:pStyle w:val="Heading2"/>
      </w:pPr>
      <w:r>
        <w:t>Ce s-a întâmplat</w:t>
      </w:r>
    </w:p>
    <w:p>
      <w:pPr>
        <w:spacing w:after="40" w:line="440" w:lineRule="exact"/>
      </w:pPr>
      <w:r>
        <w:rPr>
          <w:sz w:val="22"/>
        </w:rPr>
        <w:t>Unde eram și ce se întâmpla înainte _________________________________</w:t>
      </w:r>
    </w:p>
    <w:p>
      <w:pPr>
        <w:spacing w:after="40" w:line="440" w:lineRule="exact"/>
      </w:pPr>
      <w:r>
        <w:rPr>
          <w:sz w:val="22"/>
        </w:rPr>
        <w:t>________________________________________________________________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am observat în corp și ce emoție am simțit _________________________</w:t>
      </w:r>
    </w:p>
    <w:p>
      <w:pPr>
        <w:spacing w:after="40" w:line="440" w:lineRule="exact"/>
      </w:pPr>
      <w:r>
        <w:rPr>
          <w:sz w:val="22"/>
        </w:rPr>
        <w:t>________________________________________________________________</w:t>
      </w:r>
    </w:p>
    <w:p>
      <w:pPr>
        <w:spacing w:after="40" w:line="440" w:lineRule="exact"/>
      </w:pPr>
      <w:r>
        <w:rPr>
          <w:sz w:val="22"/>
        </w:rPr>
        <w:t>Ce mi-am spus în minte 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am făcut apoi 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am obținut pe moment 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a urmat mai târziu _____________________________________________</w:t>
      </w:r>
    </w:p>
    <w:p>
      <w:pPr>
        <w:spacing w:after="40" w:line="440" w:lineRule="exact"/>
      </w:pPr>
      <w:r>
        <w:rPr>
          <w:sz w:val="22"/>
        </w:rPr>
        <w:t>________________________________________________________________</w:t>
      </w:r>
    </w:p>
    <w:p>
      <w:pPr>
        <w:pStyle w:val="Heading2"/>
      </w:pPr>
      <w:r>
        <w:t>Un loc în care pot încerca altceva</w:t>
      </w:r>
    </w:p>
    <w:p>
      <w:pPr>
        <w:spacing w:after="40" w:line="440" w:lineRule="exact"/>
      </w:pPr>
      <w:r>
        <w:rPr>
          <w:sz w:val="22"/>
        </w:rPr>
        <w:t>Un semn pe care l-aș putea observa mai devreme ______________________</w:t>
      </w:r>
    </w:p>
    <w:p>
      <w:pPr>
        <w:spacing w:after="40" w:line="440" w:lineRule="exact"/>
      </w:pPr>
      <w:r>
        <w:rPr>
          <w:sz w:val="22"/>
        </w:rPr>
        <w:t>________________________________________________________________</w:t>
      </w:r>
    </w:p>
    <w:p>
      <w:pPr>
        <w:spacing w:after="40" w:line="440" w:lineRule="exact"/>
      </w:pPr>
      <w:r>
        <w:rPr>
          <w:sz w:val="22"/>
        </w:rPr>
        <w:t>O alternativă sigură pe care vreau să o discut _________________________</w:t>
      </w:r>
    </w:p>
    <w:p>
      <w:pPr>
        <w:spacing w:after="40" w:line="440" w:lineRule="exact"/>
      </w:pPr>
      <w:r>
        <w:rPr>
          <w:sz w:val="22"/>
        </w:rPr>
        <w:t>________________________________________________________________</w:t>
      </w:r>
    </w:p>
    <w:p>
      <w:r>
        <w:t>Dacă exercițiul mă copleșește, mă opresc și cer sprijin. A înțelege situația nu înseamnă a mă învinovăți.</w:t>
      </w:r>
    </w:p>
    <w:p>
      <w:pPr>
        <w:pStyle w:val="Heading1"/>
        <w:pageBreakBefore/>
      </w:pPr>
      <w:r>
        <w:t>Fișa 8 Plan pentru un impuls de consum</w:t>
      </w:r>
    </w:p>
    <w:p>
      <w:r>
        <w:t>Pofta de alcool este un impuls, nu o obligație. Planul de mai jos îl stabilesc cu specialistul. El nu tratează sevrajul și nu înlocuiește ajutorul de urgență.</w:t>
      </w:r>
    </w:p>
    <w:p>
      <w:pPr>
        <w:pStyle w:val="Heading2"/>
      </w:pPr>
      <w:r>
        <w:t>Recunosc momentul</w:t>
      </w:r>
    </w:p>
    <w:p>
      <w:pPr>
        <w:spacing w:after="40" w:line="440" w:lineRule="exact"/>
      </w:pPr>
      <w:r>
        <w:rPr>
          <w:sz w:val="22"/>
        </w:rPr>
        <w:t>Semnul meu timpuriu 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Situația în care este mai greu ______________________________________</w:t>
      </w:r>
    </w:p>
    <w:p>
      <w:pPr>
        <w:spacing w:after="40" w:line="440" w:lineRule="exact"/>
      </w:pPr>
      <w:r>
        <w:rPr>
          <w:sz w:val="22"/>
        </w:rPr>
        <w:t>________________________________________________________________</w:t>
      </w:r>
    </w:p>
    <w:p>
      <w:pPr>
        <w:pStyle w:val="Heading2"/>
      </w:pPr>
      <w:r>
        <w:t>Pregătesc o alternativă</w:t>
      </w:r>
    </w:p>
    <w:p>
      <w:pPr>
        <w:spacing w:after="40" w:line="440" w:lineRule="exact"/>
      </w:pPr>
      <w:r>
        <w:rPr>
          <w:sz w:val="22"/>
        </w:rPr>
        <w:t>Dacă observ _____________________________________________________</w:t>
      </w:r>
    </w:p>
    <w:p>
      <w:pPr>
        <w:spacing w:after="40" w:line="440" w:lineRule="exact"/>
      </w:pPr>
      <w:r>
        <w:rPr>
          <w:sz w:val="22"/>
        </w:rPr>
        <w:t>atunci primul lucru sigur pe care îl încerc este ________________________</w:t>
      </w:r>
    </w:p>
    <w:p>
      <w:pPr>
        <w:spacing w:after="40" w:line="440" w:lineRule="exact"/>
      </w:pPr>
      <w:r>
        <w:rPr>
          <w:sz w:val="22"/>
        </w:rPr>
        <w:t>________________________________________________________________</w:t>
      </w:r>
    </w:p>
    <w:p>
      <w:pPr>
        <w:spacing w:after="40" w:line="440" w:lineRule="exact"/>
      </w:pPr>
      <w:r>
        <w:rPr>
          <w:sz w:val="22"/>
        </w:rPr>
        <w:t>Pot merge într-un loc mai sigur sau mă pot îndepărta de situație astfel</w:t>
      </w:r>
    </w:p>
    <w:p>
      <w:pPr>
        <w:spacing w:after="40" w:line="440" w:lineRule="exact"/>
      </w:pPr>
      <w:r>
        <w:rPr>
          <w:sz w:val="22"/>
        </w:rPr>
        <w:t>________________________________________________________________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Persoana pe care o contactez _______________________________________</w:t>
      </w:r>
    </w:p>
    <w:p>
      <w:pPr>
        <w:spacing w:after="40" w:line="440" w:lineRule="exact"/>
      </w:pPr>
      <w:r>
        <w:rPr>
          <w:sz w:val="22"/>
        </w:rPr>
        <w:t>Ce îi pot spune ___________________________________________________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Dacă prima variantă nu ajută _______________________________________</w:t>
      </w:r>
    </w:p>
    <w:p>
      <w:pPr>
        <w:spacing w:after="40" w:line="440" w:lineRule="exact"/>
      </w:pPr>
      <w:r>
        <w:rPr>
          <w:sz w:val="22"/>
        </w:rPr>
        <w:t>________________________________________________________________</w:t>
      </w:r>
    </w:p>
    <w:p>
      <w:pPr>
        <w:pStyle w:val="Heading2"/>
      </w:pPr>
      <w:r>
        <w:t>După ce trece momentul</w:t>
      </w:r>
    </w:p>
    <w:p>
      <w:pPr>
        <w:spacing w:after="40" w:line="440" w:lineRule="exact"/>
      </w:pPr>
      <w:r>
        <w:rPr>
          <w:sz w:val="22"/>
        </w:rPr>
        <w:t>Ce a ajutat chiar și puțin 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vreau să schimb în plan _________________________________________</w:t>
      </w:r>
    </w:p>
    <w:p>
      <w:pPr>
        <w:spacing w:after="40" w:line="440" w:lineRule="exact"/>
      </w:pPr>
      <w:r>
        <w:rPr>
          <w:sz w:val="22"/>
        </w:rPr>
        <w:t>________________________________________________________________</w:t>
      </w:r>
    </w:p>
    <w:p>
      <w:pPr>
        <w:ind w:left="125" w:right="125"/>
        <w:shd w:fill="EFF4F3"/>
      </w:pPr>
      <w:r>
        <w:rPr>
          <w:b/>
          <w:sz w:val="22"/>
        </w:rPr>
        <w:t>Dacă apar tremurături, confuzie, convulsii sau o stare de rău după reducerea alcoolului, cer evaluare medicală. Nu încerc să rezolv situația doar prin distragere sau amânare.</w:t>
      </w:r>
    </w:p>
    <w:p>
      <w:pPr>
        <w:pStyle w:val="Heading1"/>
        <w:pageBreakBefore/>
      </w:pPr>
      <w:r>
        <w:t>Fișa 9 Harta sprijinului meu</w:t>
      </w:r>
    </w:p>
    <w:p>
      <w:r>
        <w:t>Nu trebuie să am multe persoane în jur. Caut sprijin sigur, disponibil și potrivit nevoii mele. Pot include oameni din afara familiei și profesioniști.</w:t>
      </w:r>
    </w:p>
    <w:tbl>
      <w:tblPr>
        <w:tblW w:type="auto" w:w="0"/>
        <w:jc w:val="center"/>
        <w:tblLayout w:type="fixed"/>
        <w:tblLook w:firstColumn="1" w:firstRow="1" w:lastColumn="0" w:lastRow="0" w:noHBand="0" w:noVBand="1" w:val="04A0"/>
      </w:tblPr>
      <w:tblGrid>
        <w:gridCol w:w="3402"/>
        <w:gridCol w:w="3005"/>
        <w:gridCol w:w="3005"/>
      </w:tblGrid>
      <w:tr>
        <w:trPr>
          <w:cantSplit/>
          <w:tblHeader/>
        </w:trPr>
        <w:tc>
          <w:tcPr>
            <w:tcW w:type="dxa" w:w="3402"/>
            <w:vAlign w:val="center"/>
            <w:tcMar>
              <w:top w:w="85" w:type="dxa"/>
              <w:bottom w:w="85" w:type="dxa"/>
              <w:left w:w="85" w:type="dxa"/>
              <w:right w:w="85" w:type="dxa"/>
            </w:tcMar>
            <w:shd w:fill="E3EEEC"/>
          </w:tcPr>
          <w:p>
            <w:pPr>
              <w:spacing w:after="20" w:before="20" w:line="250" w:lineRule="auto"/>
            </w:pPr>
            <w:r>
              <w:rPr>
                <w:b/>
                <w:sz w:val="22"/>
              </w:rPr>
              <w:t>De ce am nevoie</w:t>
            </w:r>
          </w:p>
        </w:tc>
        <w:tc>
          <w:tcPr>
            <w:tcW w:type="dxa" w:w="3005"/>
            <w:vAlign w:val="center"/>
            <w:tcMar>
              <w:top w:w="85" w:type="dxa"/>
              <w:bottom w:w="85" w:type="dxa"/>
              <w:left w:w="85" w:type="dxa"/>
              <w:right w:w="85" w:type="dxa"/>
            </w:tcMar>
            <w:shd w:fill="E3EEEC"/>
          </w:tcPr>
          <w:p>
            <w:pPr>
              <w:spacing w:after="20" w:before="20" w:line="250" w:lineRule="auto"/>
            </w:pPr>
            <w:r>
              <w:rPr>
                <w:b/>
                <w:sz w:val="22"/>
              </w:rPr>
              <w:t>Persoana sau serviciul</w:t>
            </w:r>
          </w:p>
        </w:tc>
        <w:tc>
          <w:tcPr>
            <w:tcW w:type="dxa" w:w="3005"/>
            <w:vAlign w:val="center"/>
            <w:tcMar>
              <w:top w:w="85" w:type="dxa"/>
              <w:bottom w:w="85" w:type="dxa"/>
              <w:left w:w="85" w:type="dxa"/>
              <w:right w:w="85" w:type="dxa"/>
            </w:tcMar>
            <w:shd w:fill="E3EEEC"/>
          </w:tcPr>
          <w:p>
            <w:pPr>
              <w:spacing w:after="20" w:before="20" w:line="250" w:lineRule="auto"/>
            </w:pPr>
            <w:r>
              <w:rPr>
                <w:b/>
                <w:sz w:val="22"/>
              </w:rPr>
              <w:t>Cum iau legătura</w:t>
            </w:r>
          </w:p>
        </w:tc>
      </w:tr>
      <w:tr>
        <w:trPr>
          <w:cantSplit/>
          <w:trHeight w:val="516" w:hRule="atLeast"/>
        </w:trPr>
        <w:tc>
          <w:tcPr>
            <w:tcW w:type="dxa" w:w="3402"/>
            <w:vAlign w:val="center"/>
            <w:tcMar>
              <w:top w:w="85" w:type="dxa"/>
              <w:bottom w:w="85" w:type="dxa"/>
              <w:left w:w="85" w:type="dxa"/>
              <w:right w:w="85" w:type="dxa"/>
            </w:tcMar>
            <w:shd w:fill="F5F7F7"/>
          </w:tcPr>
          <w:p>
            <w:pPr>
              <w:spacing w:after="20" w:before="20" w:line="250" w:lineRule="auto"/>
            </w:pPr>
            <w:r>
              <w:rPr>
                <w:b w:val="0"/>
                <w:sz w:val="22"/>
              </w:rPr>
              <w:t>Cineva care mă ascultă</w:t>
            </w:r>
          </w:p>
        </w:tc>
        <w:tc>
          <w:tcPr>
            <w:tcW w:type="dxa" w:w="3005"/>
            <w:vAlign w:val="center"/>
            <w:tcMar>
              <w:top w:w="85" w:type="dxa"/>
              <w:bottom w:w="85" w:type="dxa"/>
              <w:left w:w="85" w:type="dxa"/>
              <w:right w:w="85" w:type="dxa"/>
            </w:tcMar>
            <w:shd w:fill="F5F7F7"/>
          </w:tcPr>
          <w:p>
            <w:pPr>
              <w:spacing w:after="20" w:before="20" w:line="250" w:lineRule="auto"/>
            </w:pPr>
            <w:r>
              <w:rPr>
                <w:b w:val="0"/>
                <w:sz w:val="22"/>
              </w:rPr>
              <w:t>__________________</w:t>
            </w:r>
          </w:p>
        </w:tc>
        <w:tc>
          <w:tcPr>
            <w:tcW w:type="dxa" w:w="3005"/>
            <w:vAlign w:val="center"/>
            <w:tcMar>
              <w:top w:w="85" w:type="dxa"/>
              <w:bottom w:w="85" w:type="dxa"/>
              <w:left w:w="85" w:type="dxa"/>
              <w:right w:w="85" w:type="dxa"/>
            </w:tcMar>
            <w:shd w:fill="F5F7F7"/>
          </w:tcPr>
          <w:p>
            <w:pPr>
              <w:spacing w:after="20" w:before="20" w:line="250" w:lineRule="auto"/>
            </w:pPr>
            <w:r>
              <w:rPr>
                <w:b w:val="0"/>
                <w:sz w:val="22"/>
              </w:rPr>
              <w:t>__________________</w:t>
            </w:r>
          </w:p>
        </w:tc>
      </w:tr>
      <w:tr>
        <w:trPr>
          <w:cantSplit/>
          <w:trHeight w:val="516" w:hRule="atLeast"/>
        </w:trPr>
        <w:tc>
          <w:tcPr>
            <w:tcW w:type="dxa" w:w="3402"/>
            <w:vAlign w:val="center"/>
            <w:tcMar>
              <w:top w:w="85" w:type="dxa"/>
              <w:bottom w:w="85" w:type="dxa"/>
              <w:left w:w="85" w:type="dxa"/>
              <w:right w:w="85" w:type="dxa"/>
            </w:tcMar>
            <w:shd w:fill="FFFFFF"/>
          </w:tcPr>
          <w:p>
            <w:pPr>
              <w:spacing w:after="20" w:before="20" w:line="250" w:lineRule="auto"/>
            </w:pPr>
            <w:r>
              <w:rPr>
                <w:b w:val="0"/>
                <w:sz w:val="22"/>
              </w:rPr>
              <w:t>Ajutor practic</w:t>
            </w:r>
          </w:p>
        </w:tc>
        <w:tc>
          <w:tcPr>
            <w:tcW w:type="dxa" w:w="3005"/>
            <w:vAlign w:val="center"/>
            <w:tcMar>
              <w:top w:w="85" w:type="dxa"/>
              <w:bottom w:w="85" w:type="dxa"/>
              <w:left w:w="85" w:type="dxa"/>
              <w:right w:w="85" w:type="dxa"/>
            </w:tcMar>
            <w:shd w:fill="FFFFFF"/>
          </w:tcPr>
          <w:p>
            <w:pPr>
              <w:spacing w:after="20" w:before="20" w:line="250" w:lineRule="auto"/>
            </w:pPr>
            <w:r>
              <w:rPr>
                <w:b w:val="0"/>
                <w:sz w:val="22"/>
              </w:rPr>
              <w:t>__________________</w:t>
            </w:r>
          </w:p>
        </w:tc>
        <w:tc>
          <w:tcPr>
            <w:tcW w:type="dxa" w:w="3005"/>
            <w:vAlign w:val="center"/>
            <w:tcMar>
              <w:top w:w="85" w:type="dxa"/>
              <w:bottom w:w="85" w:type="dxa"/>
              <w:left w:w="85" w:type="dxa"/>
              <w:right w:w="85" w:type="dxa"/>
            </w:tcMar>
            <w:shd w:fill="FFFFFF"/>
          </w:tcPr>
          <w:p>
            <w:pPr>
              <w:spacing w:after="20" w:before="20" w:line="250" w:lineRule="auto"/>
            </w:pPr>
            <w:r>
              <w:rPr>
                <w:b w:val="0"/>
                <w:sz w:val="22"/>
              </w:rPr>
              <w:t>__________________</w:t>
            </w:r>
          </w:p>
        </w:tc>
      </w:tr>
      <w:tr>
        <w:trPr>
          <w:cantSplit/>
          <w:trHeight w:val="516" w:hRule="atLeast"/>
        </w:trPr>
        <w:tc>
          <w:tcPr>
            <w:tcW w:type="dxa" w:w="3402"/>
            <w:vAlign w:val="center"/>
            <w:tcMar>
              <w:top w:w="85" w:type="dxa"/>
              <w:bottom w:w="85" w:type="dxa"/>
              <w:left w:w="85" w:type="dxa"/>
              <w:right w:w="85" w:type="dxa"/>
            </w:tcMar>
            <w:shd w:fill="F5F7F7"/>
          </w:tcPr>
          <w:p>
            <w:pPr>
              <w:spacing w:after="20" w:before="20" w:line="250" w:lineRule="auto"/>
            </w:pPr>
            <w:r>
              <w:rPr>
                <w:b w:val="0"/>
                <w:sz w:val="22"/>
              </w:rPr>
              <w:t>Sprijin pentru tratament</w:t>
            </w:r>
          </w:p>
        </w:tc>
        <w:tc>
          <w:tcPr>
            <w:tcW w:type="dxa" w:w="3005"/>
            <w:vAlign w:val="center"/>
            <w:tcMar>
              <w:top w:w="85" w:type="dxa"/>
              <w:bottom w:w="85" w:type="dxa"/>
              <w:left w:w="85" w:type="dxa"/>
              <w:right w:w="85" w:type="dxa"/>
            </w:tcMar>
            <w:shd w:fill="F5F7F7"/>
          </w:tcPr>
          <w:p>
            <w:pPr>
              <w:spacing w:after="20" w:before="20" w:line="250" w:lineRule="auto"/>
            </w:pPr>
            <w:r>
              <w:rPr>
                <w:b w:val="0"/>
                <w:sz w:val="22"/>
              </w:rPr>
              <w:t>__________________</w:t>
            </w:r>
          </w:p>
        </w:tc>
        <w:tc>
          <w:tcPr>
            <w:tcW w:type="dxa" w:w="3005"/>
            <w:vAlign w:val="center"/>
            <w:tcMar>
              <w:top w:w="85" w:type="dxa"/>
              <w:bottom w:w="85" w:type="dxa"/>
              <w:left w:w="85" w:type="dxa"/>
              <w:right w:w="85" w:type="dxa"/>
            </w:tcMar>
            <w:shd w:fill="F5F7F7"/>
          </w:tcPr>
          <w:p>
            <w:pPr>
              <w:spacing w:after="20" w:before="20" w:line="250" w:lineRule="auto"/>
            </w:pPr>
            <w:r>
              <w:rPr>
                <w:b w:val="0"/>
                <w:sz w:val="22"/>
              </w:rPr>
              <w:t>__________________</w:t>
            </w:r>
          </w:p>
        </w:tc>
      </w:tr>
      <w:tr>
        <w:trPr>
          <w:cantSplit/>
          <w:trHeight w:val="516" w:hRule="atLeast"/>
        </w:trPr>
        <w:tc>
          <w:tcPr>
            <w:tcW w:type="dxa" w:w="3402"/>
            <w:vAlign w:val="center"/>
            <w:tcMar>
              <w:top w:w="85" w:type="dxa"/>
              <w:bottom w:w="85" w:type="dxa"/>
              <w:left w:w="85" w:type="dxa"/>
              <w:right w:w="85" w:type="dxa"/>
            </w:tcMar>
            <w:shd w:fill="FFFFFF"/>
          </w:tcPr>
          <w:p>
            <w:pPr>
              <w:spacing w:after="20" w:before="20" w:line="250" w:lineRule="auto"/>
            </w:pPr>
            <w:r>
              <w:rPr>
                <w:b w:val="0"/>
                <w:sz w:val="22"/>
              </w:rPr>
              <w:t>O alternativă dacă prima persoană nu poate</w:t>
            </w:r>
          </w:p>
        </w:tc>
        <w:tc>
          <w:tcPr>
            <w:tcW w:type="dxa" w:w="3005"/>
            <w:vAlign w:val="center"/>
            <w:tcMar>
              <w:top w:w="85" w:type="dxa"/>
              <w:bottom w:w="85" w:type="dxa"/>
              <w:left w:w="85" w:type="dxa"/>
              <w:right w:w="85" w:type="dxa"/>
            </w:tcMar>
            <w:shd w:fill="FFFFFF"/>
          </w:tcPr>
          <w:p>
            <w:pPr>
              <w:spacing w:after="20" w:before="20" w:line="250" w:lineRule="auto"/>
            </w:pPr>
            <w:r>
              <w:rPr>
                <w:b w:val="0"/>
                <w:sz w:val="22"/>
              </w:rPr>
              <w:t>__________________</w:t>
            </w:r>
          </w:p>
        </w:tc>
        <w:tc>
          <w:tcPr>
            <w:tcW w:type="dxa" w:w="3005"/>
            <w:vAlign w:val="center"/>
            <w:tcMar>
              <w:top w:w="85" w:type="dxa"/>
              <w:bottom w:w="85" w:type="dxa"/>
              <w:left w:w="85" w:type="dxa"/>
              <w:right w:w="85" w:type="dxa"/>
            </w:tcMar>
            <w:shd w:fill="FFFFFF"/>
          </w:tcPr>
          <w:p>
            <w:pPr>
              <w:spacing w:after="20" w:before="20" w:line="250" w:lineRule="auto"/>
            </w:pPr>
            <w:r>
              <w:rPr>
                <w:b w:val="0"/>
                <w:sz w:val="22"/>
              </w:rPr>
              <w:t>__________________</w:t>
            </w:r>
          </w:p>
        </w:tc>
      </w:tr>
    </w:tbl>
    <w:p>
      <w:pPr>
        <w:spacing w:after="20" w:before="0" w:line="40" w:lineRule="exact"/>
      </w:pPr>
      <w:r>
        <w:rPr>
          <w:sz w:val="4"/>
        </w:rPr>
      </w:r>
    </w:p>
    <w:p>
      <w:pPr>
        <w:pStyle w:val="Heading2"/>
      </w:pPr>
      <w:r>
        <w:t>Cer ceva concret</w:t>
      </w:r>
    </w:p>
    <w:p>
      <w:pPr>
        <w:spacing w:after="40" w:line="440" w:lineRule="exact"/>
      </w:pPr>
      <w:r>
        <w:rPr>
          <w:sz w:val="22"/>
        </w:rPr>
        <w:t>Persoana pe care aleg să o contactez _________________________________</w:t>
      </w:r>
    </w:p>
    <w:p>
      <w:pPr>
        <w:spacing w:after="40" w:line="440" w:lineRule="exact"/>
      </w:pPr>
      <w:r>
        <w:rPr>
          <w:sz w:val="22"/>
        </w:rPr>
        <w:t>Pot să îi spun: „Mi-ar fi de ajutor să ________________________________</w:t>
      </w:r>
    </w:p>
    <w:p>
      <w:pPr>
        <w:spacing w:after="40" w:line="440" w:lineRule="exact"/>
      </w:pPr>
      <w:r>
        <w:rPr>
          <w:sz w:val="22"/>
        </w:rPr>
        <w:t>________________________________________________________________</w:t>
      </w:r>
    </w:p>
    <w:p>
      <w:pPr>
        <w:spacing w:after="40" w:line="440" w:lineRule="exact"/>
      </w:pPr>
      <w:r>
        <w:rPr>
          <w:sz w:val="22"/>
        </w:rPr>
        <w:t>în ziua sau intervalul ____________________________________________.”</w:t>
      </w:r>
    </w:p>
    <w:p>
      <w:pPr>
        <w:spacing w:after="40" w:line="440" w:lineRule="exact"/>
      </w:pPr>
      <w:r>
        <w:rPr>
          <w:sz w:val="22"/>
        </w:rPr>
        <w:t>Ce aș vrea să știe despre mine 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prefer să păstrez privat ________________________________________</w:t>
      </w:r>
    </w:p>
    <w:p>
      <w:pPr>
        <w:spacing w:after="40" w:line="440" w:lineRule="exact"/>
      </w:pPr>
      <w:r>
        <w:rPr>
          <w:sz w:val="22"/>
        </w:rPr>
        <w:t>________________________________________________________________</w:t>
      </w:r>
    </w:p>
    <w:p>
      <w:pPr>
        <w:pStyle w:val="Heading2"/>
      </w:pPr>
      <w:r>
        <w:t>Verific dacă sprijinul este potrivit</w:t>
      </w:r>
    </w:p>
    <w:p>
      <w:r>
        <w:t>Mă simt respectat? Pot spune nu? Persoana îmi respectă tratamentul și limitele? Dacă răspunsul mă îngrijorează, discut cu specialistul.</w:t>
      </w:r>
    </w:p>
    <w:p>
      <w:pPr>
        <w:spacing w:after="40" w:line="440" w:lineRule="exact"/>
      </w:pPr>
      <w:r>
        <w:rPr>
          <w:sz w:val="22"/>
        </w:rPr>
        <w:t>Un contact pe care îl pot încerca în această săptămână ________________</w:t>
      </w:r>
    </w:p>
    <w:p>
      <w:pPr>
        <w:spacing w:after="40" w:line="440" w:lineRule="exact"/>
      </w:pPr>
      <w:r>
        <w:rPr>
          <w:sz w:val="22"/>
        </w:rPr>
        <w:t>________________________________________________________________</w:t>
      </w:r>
    </w:p>
    <w:p>
      <w:r>
        <w:t>Pentru pericol imediat folosesc 112, nu aștept ca o persoană apropiată să fie disponibilă.</w:t>
      </w:r>
    </w:p>
    <w:p>
      <w:pPr>
        <w:pStyle w:val="Heading1"/>
        <w:pageBreakBefore/>
      </w:pPr>
      <w:r>
        <w:t>Fișa 10 Un grup potrivit pentru mine</w:t>
      </w:r>
    </w:p>
    <w:p>
      <w:r>
        <w:t>Pot alege să încerc un grup, să cer mai multe informații sau să lucrez individual. Un grup de sprijin nu înlocuiește tratamentul medical.</w:t>
      </w:r>
    </w:p>
    <w:p>
      <w:pPr>
        <w:pStyle w:val="Heading2"/>
      </w:pPr>
      <w:r>
        <w:t>Ce caut</w:t>
      </w:r>
    </w:p>
    <w:p>
      <w:pPr>
        <w:spacing w:after="40" w:line="440" w:lineRule="exact"/>
      </w:pPr>
      <w:r>
        <w:rPr>
          <w:sz w:val="22"/>
        </w:rPr>
        <w:t>Mi-ar prinde bine să 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Mă îngrijorează ___________________________________________________</w:t>
      </w:r>
    </w:p>
    <w:p>
      <w:pPr>
        <w:spacing w:after="40" w:line="440" w:lineRule="exact"/>
      </w:pPr>
      <w:r>
        <w:rPr>
          <w:sz w:val="22"/>
        </w:rPr>
        <w:t>________________________________________________________________</w:t>
      </w:r>
    </w:p>
    <w:p>
      <w:pPr>
        <w:pStyle w:val="Heading2"/>
      </w:pPr>
      <w:r>
        <w:t>Ce vreau să aflu înainte</w:t>
      </w:r>
    </w:p>
    <w:p>
      <w:pPr>
        <w:spacing w:after="100"/>
      </w:pPr>
      <w:r>
        <w:t>• Cine conduce întâlnirea și care este scopul ei?</w:t>
      </w:r>
    </w:p>
    <w:p>
      <w:pPr>
        <w:spacing w:after="100"/>
      </w:pPr>
      <w:r>
        <w:t>• Unde și când are loc? Există costuri sau dificultăți de transport?</w:t>
      </w:r>
    </w:p>
    <w:p>
      <w:pPr>
        <w:spacing w:after="100"/>
      </w:pPr>
      <w:r>
        <w:t>• Pot participa fără să povestesc lucruri personale?</w:t>
      </w:r>
    </w:p>
    <w:p>
      <w:pPr>
        <w:spacing w:after="100"/>
      </w:pPr>
      <w:r>
        <w:t>• Care sunt regulile despre confidențialitate și înregistrare?</w:t>
      </w:r>
    </w:p>
    <w:p>
      <w:pPr>
        <w:spacing w:after="100"/>
      </w:pPr>
      <w:r>
        <w:t>• Ce fac dacă mă simt presat, judecat sau nesigur?</w:t>
      </w:r>
    </w:p>
    <w:p>
      <w:pPr>
        <w:spacing w:after="40" w:line="440" w:lineRule="exact"/>
      </w:pPr>
      <w:r>
        <w:rPr>
          <w:sz w:val="22"/>
        </w:rPr>
        <w:t>Grupul sau persoana de contact 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Primul pas pe care îl aleg __________________________________________</w:t>
      </w:r>
    </w:p>
    <w:p>
      <w:pPr>
        <w:spacing w:after="40" w:line="440" w:lineRule="exact"/>
      </w:pPr>
      <w:r>
        <w:rPr>
          <w:sz w:val="22"/>
        </w:rPr>
        <w:t>________________________________________________________________</w:t>
      </w:r>
    </w:p>
    <w:p>
      <w:pPr>
        <w:pStyle w:val="Heading2"/>
      </w:pPr>
      <w:r>
        <w:t>După o întâlnire</w:t>
      </w:r>
    </w:p>
    <w:p>
      <w:pPr>
        <w:spacing w:after="40" w:line="440" w:lineRule="exact"/>
      </w:pPr>
      <w:r>
        <w:rPr>
          <w:sz w:val="22"/>
        </w:rPr>
        <w:t>Ce mi-a fost util 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nu mi s-a potrivit ______________________________________________</w:t>
      </w:r>
    </w:p>
    <w:p>
      <w:pPr>
        <w:spacing w:after="40" w:line="440" w:lineRule="exact"/>
      </w:pPr>
      <w:r>
        <w:rPr>
          <w:sz w:val="22"/>
        </w:rPr>
        <w:t>________________________________________________________________</w:t>
      </w:r>
    </w:p>
    <w:p>
      <w:r>
        <w:t>Doresc să revin / să încerc alt grup / să discut o alternativă individuală.</w:t>
      </w:r>
    </w:p>
    <w:p>
      <w:r>
        <w:t>Pot păstra pentru mine răspunsurile din caiet. Nimeni nu poate garanta ce vor face toți membrii cu informațiile auzite.</w:t>
      </w:r>
    </w:p>
    <w:p>
      <w:pPr>
        <w:pStyle w:val="Heading1"/>
        <w:pageBreakBefore/>
      </w:pPr>
      <w:r>
        <w:t>Fișa 11 Sensul și valorile mele</w:t>
      </w:r>
    </w:p>
    <w:p>
      <w:r>
        <w:t>Această pagină este opțională. Nu trebuie să am o credință religioasă. Pot vorbi despre oameni, natură, artă, grijă, libertate, demnitate sau orice altceva contează pentru mine.</w:t>
      </w:r>
    </w:p>
    <w:p>
      <w:pPr>
        <w:pStyle w:val="Heading2"/>
      </w:pPr>
      <w:r>
        <w:t>Aleg dacă particip</w:t>
      </w:r>
    </w:p>
    <w:p>
      <w:r>
        <w:t>Încerc această fișă / o las pentru mai târziu / nu doresc să o folosesc. Prefer să discut despre valori și sens / credință / ambele / altceva.</w:t>
      </w:r>
    </w:p>
    <w:p>
      <w:pPr>
        <w:pStyle w:val="Heading2"/>
      </w:pPr>
      <w:r>
        <w:t>Ce contează pentru mine</w:t>
      </w:r>
    </w:p>
    <w:p>
      <w:pPr>
        <w:spacing w:after="40" w:line="440" w:lineRule="exact"/>
      </w:pPr>
      <w:r>
        <w:rPr>
          <w:sz w:val="22"/>
        </w:rPr>
        <w:t>Un lucru pe care aș vrea să îl păstrez sau să îl reconstruiesc în viața mea</w:t>
      </w:r>
    </w:p>
    <w:p>
      <w:pPr>
        <w:spacing w:after="40" w:line="440" w:lineRule="exact"/>
      </w:pPr>
      <w:r>
        <w:rPr>
          <w:sz w:val="22"/>
        </w:rPr>
        <w:t>________________________________________________________________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O valoare care îmi este importantă __________________________________</w:t>
      </w:r>
    </w:p>
    <w:p>
      <w:pPr>
        <w:spacing w:after="40" w:line="440" w:lineRule="exact"/>
      </w:pPr>
      <w:r>
        <w:rPr>
          <w:sz w:val="22"/>
        </w:rPr>
        <w:t>________________________________________________________________</w:t>
      </w:r>
    </w:p>
    <w:p>
      <w:pPr>
        <w:spacing w:after="40" w:line="440" w:lineRule="exact"/>
      </w:pPr>
      <w:r>
        <w:rPr>
          <w:sz w:val="22"/>
        </w:rPr>
        <w:t>Cum s-ar vedea această valoare într-un gest mic _______________________</w:t>
      </w:r>
    </w:p>
    <w:p>
      <w:pPr>
        <w:spacing w:after="40" w:line="440" w:lineRule="exact"/>
      </w:pPr>
      <w:r>
        <w:rPr>
          <w:sz w:val="22"/>
        </w:rPr>
        <w:t>________________________________________________________________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O persoană, un loc sau o practică ce îmi oferă sprijin ____________________</w:t>
      </w:r>
    </w:p>
    <w:p>
      <w:pPr>
        <w:spacing w:after="40" w:line="440" w:lineRule="exact"/>
      </w:pPr>
      <w:r>
        <w:rPr>
          <w:sz w:val="22"/>
        </w:rPr>
        <w:t>________________________________________________________________</w:t>
      </w:r>
    </w:p>
    <w:p>
      <w:pPr>
        <w:pStyle w:val="Heading2"/>
      </w:pPr>
      <w:r>
        <w:t>Limitele mele</w:t>
      </w:r>
    </w:p>
    <w:p>
      <w:pPr>
        <w:spacing w:after="40" w:line="440" w:lineRule="exact"/>
      </w:pPr>
      <w:r>
        <w:rPr>
          <w:sz w:val="22"/>
        </w:rPr>
        <w:t>Ce nu doresc să mi se impună 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Pasul pe care îl aleg, dacă doresc ___________________________________</w:t>
      </w:r>
    </w:p>
    <w:p>
      <w:pPr>
        <w:spacing w:after="40" w:line="440" w:lineRule="exact"/>
      </w:pPr>
      <w:r>
        <w:rPr>
          <w:sz w:val="22"/>
        </w:rPr>
        <w:t>________________________________________________________________</w:t>
      </w:r>
    </w:p>
    <w:p>
      <w:r>
        <w:t>Nimeni nu trebuie să mă preseze să adopt o credință, să mă învinovățească sau să îmi spună să opresc tratamentul. Pot discuta cu specialistul dacă se întâmplă asta și pot renunța la această cărare.</w:t>
      </w:r>
    </w:p>
    <w:p>
      <w:pPr>
        <w:pStyle w:val="Heading1"/>
        <w:pageBreakBefore/>
      </w:pPr>
      <w:r>
        <w:t>Fișa 12 O rutină suficient de simplă</w:t>
      </w:r>
    </w:p>
    <w:p>
      <w:r>
        <w:t>Nu construiesc o zi perfectă. Aleg un reper care se potrivește sănătății și condițiilor mele de viață. Orice recomandare medicală personală are prioritate.</w:t>
      </w:r>
    </w:p>
    <w:p>
      <w:pPr>
        <w:pStyle w:val="Heading2"/>
      </w:pPr>
      <w:r>
        <w:t>Cum arată ziua mea acum</w:t>
      </w:r>
    </w:p>
    <w:p>
      <w:pPr>
        <w:spacing w:after="40" w:line="440" w:lineRule="exact"/>
      </w:pPr>
      <w:r>
        <w:rPr>
          <w:sz w:val="22"/>
        </w:rPr>
        <w:t>Un moment care merge relativ bine __________________________________</w:t>
      </w:r>
    </w:p>
    <w:p>
      <w:pPr>
        <w:spacing w:after="40" w:line="440" w:lineRule="exact"/>
      </w:pPr>
      <w:r>
        <w:rPr>
          <w:sz w:val="22"/>
        </w:rPr>
        <w:t>________________________________________________________________</w:t>
      </w:r>
    </w:p>
    <w:p>
      <w:pPr>
        <w:spacing w:after="40" w:line="440" w:lineRule="exact"/>
      </w:pPr>
      <w:r>
        <w:rPr>
          <w:sz w:val="22"/>
        </w:rPr>
        <w:t>Un moment în care lucrurile devin grele ______________________________</w:t>
      </w:r>
    </w:p>
    <w:p>
      <w:pPr>
        <w:spacing w:after="40" w:line="440" w:lineRule="exact"/>
      </w:pPr>
      <w:r>
        <w:rPr>
          <w:sz w:val="22"/>
        </w:rPr>
        <w:t>________________________________________________________________</w:t>
      </w:r>
    </w:p>
    <w:p>
      <w:pPr>
        <w:spacing w:after="40" w:line="440" w:lineRule="exact"/>
      </w:pPr>
      <w:r>
        <w:rPr>
          <w:sz w:val="22"/>
        </w:rPr>
        <w:t>Am dificultăți cu hrană, loc de dormit, igienă sau transport? Ce ajutor îmi trebuie?</w:t>
      </w:r>
    </w:p>
    <w:p>
      <w:pPr>
        <w:spacing w:after="40" w:line="440" w:lineRule="exact"/>
      </w:pPr>
      <w:r>
        <w:rPr>
          <w:sz w:val="22"/>
        </w:rPr>
        <w:t>________________________________________________________________</w:t>
      </w:r>
    </w:p>
    <w:p>
      <w:pPr>
        <w:spacing w:after="40" w:line="440" w:lineRule="exact"/>
      </w:pPr>
      <w:r>
        <w:rPr>
          <w:sz w:val="22"/>
        </w:rPr>
        <w:t>________________________________________________________________</w:t>
      </w:r>
    </w:p>
    <w:p>
      <w:pPr>
        <w:pStyle w:val="Heading2"/>
      </w:pPr>
      <w:r>
        <w:t>Aleg un singur reper</w:t>
      </w:r>
    </w:p>
    <w:p>
      <w:r>
        <w:t>Poate fi o masă, pregătirea pentru somn, o activitate ușoară potrivită mie sau un gest de îngrijire personală.</w:t>
      </w:r>
    </w:p>
    <w:p>
      <w:pPr>
        <w:spacing w:after="40" w:line="440" w:lineRule="exact"/>
      </w:pPr>
      <w:r>
        <w:rPr>
          <w:sz w:val="22"/>
        </w:rPr>
        <w:t>Reperul meu _____________________________________________________</w:t>
      </w:r>
    </w:p>
    <w:p>
      <w:pPr>
        <w:spacing w:after="40" w:line="440" w:lineRule="exact"/>
      </w:pPr>
      <w:r>
        <w:rPr>
          <w:sz w:val="22"/>
        </w:rPr>
        <w:t>Când și unde _____________________________________________________</w:t>
      </w:r>
    </w:p>
    <w:p>
      <w:pPr>
        <w:spacing w:after="40" w:line="440" w:lineRule="exact"/>
      </w:pPr>
      <w:r>
        <w:rPr>
          <w:sz w:val="22"/>
        </w:rPr>
        <w:t>Ce îmi trebuie ____________________________________________________</w:t>
      </w:r>
    </w:p>
    <w:p>
      <w:pPr>
        <w:spacing w:after="40" w:line="440" w:lineRule="exact"/>
      </w:pPr>
      <w:r>
        <w:rPr>
          <w:sz w:val="22"/>
        </w:rPr>
        <w:t>Un obstacol probabil ______________________________________________</w:t>
      </w:r>
    </w:p>
    <w:p>
      <w:pPr>
        <w:spacing w:after="40" w:line="440" w:lineRule="exact"/>
      </w:pPr>
      <w:r>
        <w:rPr>
          <w:sz w:val="22"/>
        </w:rPr>
        <w:t>Varianta mai mică sau ajutorul de care am nevoie ______________________</w:t>
      </w:r>
    </w:p>
    <w:p>
      <w:pPr>
        <w:spacing w:after="40" w:line="440" w:lineRule="exact"/>
      </w:pPr>
      <w:r>
        <w:rPr>
          <w:sz w:val="22"/>
        </w:rPr>
        <w:t>________________________________________________________________</w:t>
      </w:r>
    </w:p>
    <w:p>
      <w:pPr>
        <w:pStyle w:val="Heading2"/>
      </w:pPr>
      <w:r>
        <w:t>Observ fără să mă cert</w:t>
      </w:r>
    </w:p>
    <w:p>
      <w:pPr>
        <w:spacing w:after="40" w:line="440" w:lineRule="exact"/>
      </w:pPr>
      <w:r>
        <w:rPr>
          <w:sz w:val="22"/>
        </w:rPr>
        <w:t>Ce a fost posibil __________________________________________________</w:t>
      </w:r>
    </w:p>
    <w:p>
      <w:pPr>
        <w:spacing w:after="40" w:line="440" w:lineRule="exact"/>
      </w:pPr>
      <w:r>
        <w:rPr>
          <w:sz w:val="22"/>
        </w:rPr>
        <w:t>Ce schimb pentru data viitoare _____________________________________</w:t>
      </w:r>
    </w:p>
    <w:p>
      <w:pPr>
        <w:ind w:left="125" w:right="125"/>
        <w:shd w:fill="EFF4F3"/>
      </w:pPr>
      <w:r>
        <w:rPr>
          <w:b/>
          <w:sz w:val="22"/>
        </w:rPr>
        <w:t>Dacă dorm foarte puțin, am energie neobișnuit de mare, sunt foarte agitat sau mă simt tot mai rău, discut rapid cu medicul. Nu încerc să rezolv totul printr-un program mai strict.</w:t>
      </w:r>
    </w:p>
    <w:p>
      <w:pPr>
        <w:pStyle w:val="Heading1"/>
        <w:pageBreakBefore/>
      </w:pPr>
      <w:r>
        <w:t>Fișa 13 Observ somnul și ritmul unei săptămâni</w:t>
      </w:r>
    </w:p>
    <w:p>
      <w:r>
        <w:t>Completez aproximativ, dacă îmi este util. Nu trebuie să urmăresc ceasul noaptea. O zi necompletată rămâne necunoscută și nu spune nimic rău despre mine.</w:t>
      </w:r>
    </w:p>
    <w:p>
      <w:pPr>
        <w:spacing w:after="40" w:line="440" w:lineRule="exact"/>
      </w:pPr>
      <w:r>
        <w:rPr>
          <w:sz w:val="22"/>
        </w:rPr>
        <w:t>Săptămâna de la __________________ până la __________________</w:t>
      </w:r>
    </w:p>
    <w:tbl>
      <w:tblPr>
        <w:tblW w:type="auto" w:w="0"/>
        <w:jc w:val="center"/>
        <w:tblLayout w:type="fixed"/>
        <w:tblLook w:firstColumn="1" w:firstRow="1" w:lastColumn="0" w:lastRow="0" w:noHBand="0" w:noVBand="1" w:val="04A0"/>
      </w:tblPr>
      <w:tblGrid>
        <w:gridCol w:w="709"/>
        <w:gridCol w:w="3175"/>
        <w:gridCol w:w="2324"/>
        <w:gridCol w:w="3203"/>
      </w:tblGrid>
      <w:tr>
        <w:trPr>
          <w:cantSplit/>
          <w:tblHeader/>
        </w:trPr>
        <w:tc>
          <w:tcPr>
            <w:tcW w:type="dxa" w:w="709"/>
            <w:vAlign w:val="center"/>
            <w:tcMar>
              <w:top w:w="85" w:type="dxa"/>
              <w:bottom w:w="85" w:type="dxa"/>
              <w:left w:w="85" w:type="dxa"/>
              <w:right w:w="85" w:type="dxa"/>
            </w:tcMar>
            <w:shd w:fill="E3EEEC"/>
          </w:tcPr>
          <w:p>
            <w:pPr>
              <w:spacing w:after="20" w:before="20" w:line="250" w:lineRule="auto"/>
            </w:pPr>
            <w:r>
              <w:rPr>
                <w:b/>
                <w:sz w:val="22"/>
              </w:rPr>
              <w:t>Ziua</w:t>
            </w:r>
          </w:p>
        </w:tc>
        <w:tc>
          <w:tcPr>
            <w:tcW w:type="dxa" w:w="3175"/>
            <w:vAlign w:val="center"/>
            <w:tcMar>
              <w:top w:w="85" w:type="dxa"/>
              <w:bottom w:w="85" w:type="dxa"/>
              <w:left w:w="85" w:type="dxa"/>
              <w:right w:w="85" w:type="dxa"/>
            </w:tcMar>
            <w:shd w:fill="E3EEEC"/>
          </w:tcPr>
          <w:p>
            <w:pPr>
              <w:spacing w:after="20" w:before="20" w:line="250" w:lineRule="auto"/>
            </w:pPr>
            <w:r>
              <w:rPr>
                <w:b/>
                <w:sz w:val="22"/>
              </w:rPr>
              <w:t>Culcare și trezire aproximativ</w:t>
            </w:r>
          </w:p>
        </w:tc>
        <w:tc>
          <w:tcPr>
            <w:tcW w:type="dxa" w:w="2324"/>
            <w:vAlign w:val="center"/>
            <w:tcMar>
              <w:top w:w="85" w:type="dxa"/>
              <w:bottom w:w="85" w:type="dxa"/>
              <w:left w:w="85" w:type="dxa"/>
              <w:right w:w="85" w:type="dxa"/>
            </w:tcMar>
            <w:shd w:fill="E3EEEC"/>
          </w:tcPr>
          <w:p>
            <w:pPr>
              <w:spacing w:after="20" w:before="20" w:line="250" w:lineRule="auto"/>
            </w:pPr>
            <w:r>
              <w:rPr>
                <w:b/>
                <w:sz w:val="22"/>
              </w:rPr>
              <w:t>Cum m-am odihnit</w:t>
            </w:r>
          </w:p>
        </w:tc>
        <w:tc>
          <w:tcPr>
            <w:tcW w:type="dxa" w:w="3203"/>
            <w:vAlign w:val="center"/>
            <w:tcMar>
              <w:top w:w="85" w:type="dxa"/>
              <w:bottom w:w="85" w:type="dxa"/>
              <w:left w:w="85" w:type="dxa"/>
              <w:right w:w="85" w:type="dxa"/>
            </w:tcMar>
            <w:shd w:fill="E3EEEC"/>
          </w:tcPr>
          <w:p>
            <w:pPr>
              <w:spacing w:after="20" w:before="20" w:line="250" w:lineRule="auto"/>
            </w:pPr>
            <w:r>
              <w:rPr>
                <w:b/>
                <w:sz w:val="22"/>
              </w:rPr>
              <w:t>Ce vreau să discut</w:t>
            </w:r>
          </w:p>
        </w:tc>
      </w:tr>
      <w:tr>
        <w:trPr>
          <w:cantSplit/>
          <w:trHeight w:val="516" w:hRule="atLeast"/>
        </w:trPr>
        <w:tc>
          <w:tcPr>
            <w:tcW w:type="dxa" w:w="709"/>
            <w:vAlign w:val="center"/>
            <w:tcMar>
              <w:top w:w="85" w:type="dxa"/>
              <w:bottom w:w="85" w:type="dxa"/>
              <w:left w:w="85" w:type="dxa"/>
              <w:right w:w="85" w:type="dxa"/>
            </w:tcMar>
            <w:shd w:fill="F5F7F7"/>
          </w:tcPr>
          <w:p>
            <w:pPr>
              <w:spacing w:after="20" w:before="20" w:line="250" w:lineRule="auto"/>
            </w:pPr>
            <w:r>
              <w:rPr>
                <w:b w:val="0"/>
                <w:sz w:val="22"/>
              </w:rPr>
              <w:t>1</w:t>
            </w:r>
          </w:p>
        </w:tc>
        <w:tc>
          <w:tcPr>
            <w:tcW w:type="dxa" w:w="3175"/>
            <w:vAlign w:val="center"/>
            <w:tcMar>
              <w:top w:w="85" w:type="dxa"/>
              <w:bottom w:w="85" w:type="dxa"/>
              <w:left w:w="85" w:type="dxa"/>
              <w:right w:w="85" w:type="dxa"/>
            </w:tcMar>
            <w:shd w:fill="F5F7F7"/>
          </w:tcPr>
          <w:p>
            <w:pPr>
              <w:spacing w:after="20" w:before="20" w:line="250" w:lineRule="auto"/>
            </w:pPr>
            <w:r>
              <w:rPr>
                <w:b w:val="0"/>
                <w:sz w:val="22"/>
              </w:rPr>
              <w:t>__________________</w:t>
            </w:r>
          </w:p>
        </w:tc>
        <w:tc>
          <w:tcPr>
            <w:tcW w:type="dxa" w:w="2324"/>
            <w:vAlign w:val="center"/>
            <w:tcMar>
              <w:top w:w="85" w:type="dxa"/>
              <w:bottom w:w="85" w:type="dxa"/>
              <w:left w:w="85" w:type="dxa"/>
              <w:right w:w="85" w:type="dxa"/>
            </w:tcMar>
            <w:shd w:fill="F5F7F7"/>
          </w:tcPr>
          <w:p>
            <w:pPr>
              <w:spacing w:after="20" w:before="20" w:line="250" w:lineRule="auto"/>
            </w:pPr>
            <w:r>
              <w:rPr>
                <w:b w:val="0"/>
                <w:sz w:val="22"/>
              </w:rPr>
              <w:t>______________</w:t>
            </w:r>
          </w:p>
        </w:tc>
        <w:tc>
          <w:tcPr>
            <w:tcW w:type="dxa" w:w="3203"/>
            <w:vAlign w:val="center"/>
            <w:tcMar>
              <w:top w:w="85" w:type="dxa"/>
              <w:bottom w:w="85" w:type="dxa"/>
              <w:left w:w="85" w:type="dxa"/>
              <w:right w:w="85" w:type="dxa"/>
            </w:tcMar>
            <w:shd w:fill="F5F7F7"/>
          </w:tcPr>
          <w:p>
            <w:pPr>
              <w:spacing w:after="20" w:before="20" w:line="250" w:lineRule="auto"/>
            </w:pPr>
            <w:r>
              <w:rPr>
                <w:b w:val="0"/>
                <w:sz w:val="22"/>
              </w:rPr>
              <w:t>______________</w:t>
            </w:r>
          </w:p>
        </w:tc>
      </w:tr>
      <w:tr>
        <w:trPr>
          <w:cantSplit/>
          <w:trHeight w:val="516" w:hRule="atLeast"/>
        </w:trPr>
        <w:tc>
          <w:tcPr>
            <w:tcW w:type="dxa" w:w="709"/>
            <w:vAlign w:val="center"/>
            <w:tcMar>
              <w:top w:w="85" w:type="dxa"/>
              <w:bottom w:w="85" w:type="dxa"/>
              <w:left w:w="85" w:type="dxa"/>
              <w:right w:w="85" w:type="dxa"/>
            </w:tcMar>
            <w:shd w:fill="FFFFFF"/>
          </w:tcPr>
          <w:p>
            <w:pPr>
              <w:spacing w:after="20" w:before="20" w:line="250" w:lineRule="auto"/>
            </w:pPr>
            <w:r>
              <w:rPr>
                <w:b w:val="0"/>
                <w:sz w:val="22"/>
              </w:rPr>
              <w:t>2</w:t>
            </w:r>
          </w:p>
        </w:tc>
        <w:tc>
          <w:tcPr>
            <w:tcW w:type="dxa" w:w="3175"/>
            <w:vAlign w:val="center"/>
            <w:tcMar>
              <w:top w:w="85" w:type="dxa"/>
              <w:bottom w:w="85" w:type="dxa"/>
              <w:left w:w="85" w:type="dxa"/>
              <w:right w:w="85" w:type="dxa"/>
            </w:tcMar>
            <w:shd w:fill="FFFFFF"/>
          </w:tcPr>
          <w:p>
            <w:pPr>
              <w:spacing w:after="20" w:before="20" w:line="250" w:lineRule="auto"/>
            </w:pPr>
            <w:r>
              <w:rPr>
                <w:b w:val="0"/>
                <w:sz w:val="22"/>
              </w:rPr>
              <w:t>__________________</w:t>
            </w:r>
          </w:p>
        </w:tc>
        <w:tc>
          <w:tcPr>
            <w:tcW w:type="dxa" w:w="2324"/>
            <w:vAlign w:val="center"/>
            <w:tcMar>
              <w:top w:w="85" w:type="dxa"/>
              <w:bottom w:w="85" w:type="dxa"/>
              <w:left w:w="85" w:type="dxa"/>
              <w:right w:w="85" w:type="dxa"/>
            </w:tcMar>
            <w:shd w:fill="FFFFFF"/>
          </w:tcPr>
          <w:p>
            <w:pPr>
              <w:spacing w:after="20" w:before="20" w:line="250" w:lineRule="auto"/>
            </w:pPr>
            <w:r>
              <w:rPr>
                <w:b w:val="0"/>
                <w:sz w:val="22"/>
              </w:rPr>
              <w:t>______________</w:t>
            </w:r>
          </w:p>
        </w:tc>
        <w:tc>
          <w:tcPr>
            <w:tcW w:type="dxa" w:w="3203"/>
            <w:vAlign w:val="center"/>
            <w:tcMar>
              <w:top w:w="85" w:type="dxa"/>
              <w:bottom w:w="85" w:type="dxa"/>
              <w:left w:w="85" w:type="dxa"/>
              <w:right w:w="85" w:type="dxa"/>
            </w:tcMar>
            <w:shd w:fill="FFFFFF"/>
          </w:tcPr>
          <w:p>
            <w:pPr>
              <w:spacing w:after="20" w:before="20" w:line="250" w:lineRule="auto"/>
            </w:pPr>
            <w:r>
              <w:rPr>
                <w:b w:val="0"/>
                <w:sz w:val="22"/>
              </w:rPr>
              <w:t>______________</w:t>
            </w:r>
          </w:p>
        </w:tc>
      </w:tr>
      <w:tr>
        <w:trPr>
          <w:cantSplit/>
          <w:trHeight w:val="516" w:hRule="atLeast"/>
        </w:trPr>
        <w:tc>
          <w:tcPr>
            <w:tcW w:type="dxa" w:w="709"/>
            <w:vAlign w:val="center"/>
            <w:tcMar>
              <w:top w:w="85" w:type="dxa"/>
              <w:bottom w:w="85" w:type="dxa"/>
              <w:left w:w="85" w:type="dxa"/>
              <w:right w:w="85" w:type="dxa"/>
            </w:tcMar>
            <w:shd w:fill="F5F7F7"/>
          </w:tcPr>
          <w:p>
            <w:pPr>
              <w:spacing w:after="20" w:before="20" w:line="250" w:lineRule="auto"/>
            </w:pPr>
            <w:r>
              <w:rPr>
                <w:b w:val="0"/>
                <w:sz w:val="22"/>
              </w:rPr>
              <w:t>3</w:t>
            </w:r>
          </w:p>
        </w:tc>
        <w:tc>
          <w:tcPr>
            <w:tcW w:type="dxa" w:w="3175"/>
            <w:vAlign w:val="center"/>
            <w:tcMar>
              <w:top w:w="85" w:type="dxa"/>
              <w:bottom w:w="85" w:type="dxa"/>
              <w:left w:w="85" w:type="dxa"/>
              <w:right w:w="85" w:type="dxa"/>
            </w:tcMar>
            <w:shd w:fill="F5F7F7"/>
          </w:tcPr>
          <w:p>
            <w:pPr>
              <w:spacing w:after="20" w:before="20" w:line="250" w:lineRule="auto"/>
            </w:pPr>
            <w:r>
              <w:rPr>
                <w:b w:val="0"/>
                <w:sz w:val="22"/>
              </w:rPr>
              <w:t>__________________</w:t>
            </w:r>
          </w:p>
        </w:tc>
        <w:tc>
          <w:tcPr>
            <w:tcW w:type="dxa" w:w="2324"/>
            <w:vAlign w:val="center"/>
            <w:tcMar>
              <w:top w:w="85" w:type="dxa"/>
              <w:bottom w:w="85" w:type="dxa"/>
              <w:left w:w="85" w:type="dxa"/>
              <w:right w:w="85" w:type="dxa"/>
            </w:tcMar>
            <w:shd w:fill="F5F7F7"/>
          </w:tcPr>
          <w:p>
            <w:pPr>
              <w:spacing w:after="20" w:before="20" w:line="250" w:lineRule="auto"/>
            </w:pPr>
            <w:r>
              <w:rPr>
                <w:b w:val="0"/>
                <w:sz w:val="22"/>
              </w:rPr>
              <w:t>______________</w:t>
            </w:r>
          </w:p>
        </w:tc>
        <w:tc>
          <w:tcPr>
            <w:tcW w:type="dxa" w:w="3203"/>
            <w:vAlign w:val="center"/>
            <w:tcMar>
              <w:top w:w="85" w:type="dxa"/>
              <w:bottom w:w="85" w:type="dxa"/>
              <w:left w:w="85" w:type="dxa"/>
              <w:right w:w="85" w:type="dxa"/>
            </w:tcMar>
            <w:shd w:fill="F5F7F7"/>
          </w:tcPr>
          <w:p>
            <w:pPr>
              <w:spacing w:after="20" w:before="20" w:line="250" w:lineRule="auto"/>
            </w:pPr>
            <w:r>
              <w:rPr>
                <w:b w:val="0"/>
                <w:sz w:val="22"/>
              </w:rPr>
              <w:t>______________</w:t>
            </w:r>
          </w:p>
        </w:tc>
      </w:tr>
      <w:tr>
        <w:trPr>
          <w:cantSplit/>
          <w:trHeight w:val="516" w:hRule="atLeast"/>
        </w:trPr>
        <w:tc>
          <w:tcPr>
            <w:tcW w:type="dxa" w:w="709"/>
            <w:vAlign w:val="center"/>
            <w:tcMar>
              <w:top w:w="85" w:type="dxa"/>
              <w:bottom w:w="85" w:type="dxa"/>
              <w:left w:w="85" w:type="dxa"/>
              <w:right w:w="85" w:type="dxa"/>
            </w:tcMar>
            <w:shd w:fill="FFFFFF"/>
          </w:tcPr>
          <w:p>
            <w:pPr>
              <w:spacing w:after="20" w:before="20" w:line="250" w:lineRule="auto"/>
            </w:pPr>
            <w:r>
              <w:rPr>
                <w:b w:val="0"/>
                <w:sz w:val="22"/>
              </w:rPr>
              <w:t>4</w:t>
            </w:r>
          </w:p>
        </w:tc>
        <w:tc>
          <w:tcPr>
            <w:tcW w:type="dxa" w:w="3175"/>
            <w:vAlign w:val="center"/>
            <w:tcMar>
              <w:top w:w="85" w:type="dxa"/>
              <w:bottom w:w="85" w:type="dxa"/>
              <w:left w:w="85" w:type="dxa"/>
              <w:right w:w="85" w:type="dxa"/>
            </w:tcMar>
            <w:shd w:fill="FFFFFF"/>
          </w:tcPr>
          <w:p>
            <w:pPr>
              <w:spacing w:after="20" w:before="20" w:line="250" w:lineRule="auto"/>
            </w:pPr>
            <w:r>
              <w:rPr>
                <w:b w:val="0"/>
                <w:sz w:val="22"/>
              </w:rPr>
              <w:t>__________________</w:t>
            </w:r>
          </w:p>
        </w:tc>
        <w:tc>
          <w:tcPr>
            <w:tcW w:type="dxa" w:w="2324"/>
            <w:vAlign w:val="center"/>
            <w:tcMar>
              <w:top w:w="85" w:type="dxa"/>
              <w:bottom w:w="85" w:type="dxa"/>
              <w:left w:w="85" w:type="dxa"/>
              <w:right w:w="85" w:type="dxa"/>
            </w:tcMar>
            <w:shd w:fill="FFFFFF"/>
          </w:tcPr>
          <w:p>
            <w:pPr>
              <w:spacing w:after="20" w:before="20" w:line="250" w:lineRule="auto"/>
            </w:pPr>
            <w:r>
              <w:rPr>
                <w:b w:val="0"/>
                <w:sz w:val="22"/>
              </w:rPr>
              <w:t>______________</w:t>
            </w:r>
          </w:p>
        </w:tc>
        <w:tc>
          <w:tcPr>
            <w:tcW w:type="dxa" w:w="3203"/>
            <w:vAlign w:val="center"/>
            <w:tcMar>
              <w:top w:w="85" w:type="dxa"/>
              <w:bottom w:w="85" w:type="dxa"/>
              <w:left w:w="85" w:type="dxa"/>
              <w:right w:w="85" w:type="dxa"/>
            </w:tcMar>
            <w:shd w:fill="FFFFFF"/>
          </w:tcPr>
          <w:p>
            <w:pPr>
              <w:spacing w:after="20" w:before="20" w:line="250" w:lineRule="auto"/>
            </w:pPr>
            <w:r>
              <w:rPr>
                <w:b w:val="0"/>
                <w:sz w:val="22"/>
              </w:rPr>
              <w:t>______________</w:t>
            </w:r>
          </w:p>
        </w:tc>
      </w:tr>
      <w:tr>
        <w:trPr>
          <w:cantSplit/>
          <w:trHeight w:val="516" w:hRule="atLeast"/>
        </w:trPr>
        <w:tc>
          <w:tcPr>
            <w:tcW w:type="dxa" w:w="709"/>
            <w:vAlign w:val="center"/>
            <w:tcMar>
              <w:top w:w="85" w:type="dxa"/>
              <w:bottom w:w="85" w:type="dxa"/>
              <w:left w:w="85" w:type="dxa"/>
              <w:right w:w="85" w:type="dxa"/>
            </w:tcMar>
            <w:shd w:fill="F5F7F7"/>
          </w:tcPr>
          <w:p>
            <w:pPr>
              <w:spacing w:after="20" w:before="20" w:line="250" w:lineRule="auto"/>
            </w:pPr>
            <w:r>
              <w:rPr>
                <w:b w:val="0"/>
                <w:sz w:val="22"/>
              </w:rPr>
              <w:t>5</w:t>
            </w:r>
          </w:p>
        </w:tc>
        <w:tc>
          <w:tcPr>
            <w:tcW w:type="dxa" w:w="3175"/>
            <w:vAlign w:val="center"/>
            <w:tcMar>
              <w:top w:w="85" w:type="dxa"/>
              <w:bottom w:w="85" w:type="dxa"/>
              <w:left w:w="85" w:type="dxa"/>
              <w:right w:w="85" w:type="dxa"/>
            </w:tcMar>
            <w:shd w:fill="F5F7F7"/>
          </w:tcPr>
          <w:p>
            <w:pPr>
              <w:spacing w:after="20" w:before="20" w:line="250" w:lineRule="auto"/>
            </w:pPr>
            <w:r>
              <w:rPr>
                <w:b w:val="0"/>
                <w:sz w:val="22"/>
              </w:rPr>
              <w:t>__________________</w:t>
            </w:r>
          </w:p>
        </w:tc>
        <w:tc>
          <w:tcPr>
            <w:tcW w:type="dxa" w:w="2324"/>
            <w:vAlign w:val="center"/>
            <w:tcMar>
              <w:top w:w="85" w:type="dxa"/>
              <w:bottom w:w="85" w:type="dxa"/>
              <w:left w:w="85" w:type="dxa"/>
              <w:right w:w="85" w:type="dxa"/>
            </w:tcMar>
            <w:shd w:fill="F5F7F7"/>
          </w:tcPr>
          <w:p>
            <w:pPr>
              <w:spacing w:after="20" w:before="20" w:line="250" w:lineRule="auto"/>
            </w:pPr>
            <w:r>
              <w:rPr>
                <w:b w:val="0"/>
                <w:sz w:val="22"/>
              </w:rPr>
              <w:t>______________</w:t>
            </w:r>
          </w:p>
        </w:tc>
        <w:tc>
          <w:tcPr>
            <w:tcW w:type="dxa" w:w="3203"/>
            <w:vAlign w:val="center"/>
            <w:tcMar>
              <w:top w:w="85" w:type="dxa"/>
              <w:bottom w:w="85" w:type="dxa"/>
              <w:left w:w="85" w:type="dxa"/>
              <w:right w:w="85" w:type="dxa"/>
            </w:tcMar>
            <w:shd w:fill="F5F7F7"/>
          </w:tcPr>
          <w:p>
            <w:pPr>
              <w:spacing w:after="20" w:before="20" w:line="250" w:lineRule="auto"/>
            </w:pPr>
            <w:r>
              <w:rPr>
                <w:b w:val="0"/>
                <w:sz w:val="22"/>
              </w:rPr>
              <w:t>______________</w:t>
            </w:r>
          </w:p>
        </w:tc>
      </w:tr>
      <w:tr>
        <w:trPr>
          <w:cantSplit/>
          <w:trHeight w:val="516" w:hRule="atLeast"/>
        </w:trPr>
        <w:tc>
          <w:tcPr>
            <w:tcW w:type="dxa" w:w="709"/>
            <w:vAlign w:val="center"/>
            <w:tcMar>
              <w:top w:w="85" w:type="dxa"/>
              <w:bottom w:w="85" w:type="dxa"/>
              <w:left w:w="85" w:type="dxa"/>
              <w:right w:w="85" w:type="dxa"/>
            </w:tcMar>
            <w:shd w:fill="FFFFFF"/>
          </w:tcPr>
          <w:p>
            <w:pPr>
              <w:spacing w:after="20" w:before="20" w:line="250" w:lineRule="auto"/>
            </w:pPr>
            <w:r>
              <w:rPr>
                <w:b w:val="0"/>
                <w:sz w:val="22"/>
              </w:rPr>
              <w:t>6</w:t>
            </w:r>
          </w:p>
        </w:tc>
        <w:tc>
          <w:tcPr>
            <w:tcW w:type="dxa" w:w="3175"/>
            <w:vAlign w:val="center"/>
            <w:tcMar>
              <w:top w:w="85" w:type="dxa"/>
              <w:bottom w:w="85" w:type="dxa"/>
              <w:left w:w="85" w:type="dxa"/>
              <w:right w:w="85" w:type="dxa"/>
            </w:tcMar>
            <w:shd w:fill="FFFFFF"/>
          </w:tcPr>
          <w:p>
            <w:pPr>
              <w:spacing w:after="20" w:before="20" w:line="250" w:lineRule="auto"/>
            </w:pPr>
            <w:r>
              <w:rPr>
                <w:b w:val="0"/>
                <w:sz w:val="22"/>
              </w:rPr>
              <w:t>__________________</w:t>
            </w:r>
          </w:p>
        </w:tc>
        <w:tc>
          <w:tcPr>
            <w:tcW w:type="dxa" w:w="2324"/>
            <w:vAlign w:val="center"/>
            <w:tcMar>
              <w:top w:w="85" w:type="dxa"/>
              <w:bottom w:w="85" w:type="dxa"/>
              <w:left w:w="85" w:type="dxa"/>
              <w:right w:w="85" w:type="dxa"/>
            </w:tcMar>
            <w:shd w:fill="FFFFFF"/>
          </w:tcPr>
          <w:p>
            <w:pPr>
              <w:spacing w:after="20" w:before="20" w:line="250" w:lineRule="auto"/>
            </w:pPr>
            <w:r>
              <w:rPr>
                <w:b w:val="0"/>
                <w:sz w:val="22"/>
              </w:rPr>
              <w:t>______________</w:t>
            </w:r>
          </w:p>
        </w:tc>
        <w:tc>
          <w:tcPr>
            <w:tcW w:type="dxa" w:w="3203"/>
            <w:vAlign w:val="center"/>
            <w:tcMar>
              <w:top w:w="85" w:type="dxa"/>
              <w:bottom w:w="85" w:type="dxa"/>
              <w:left w:w="85" w:type="dxa"/>
              <w:right w:w="85" w:type="dxa"/>
            </w:tcMar>
            <w:shd w:fill="FFFFFF"/>
          </w:tcPr>
          <w:p>
            <w:pPr>
              <w:spacing w:after="20" w:before="20" w:line="250" w:lineRule="auto"/>
            </w:pPr>
            <w:r>
              <w:rPr>
                <w:b w:val="0"/>
                <w:sz w:val="22"/>
              </w:rPr>
              <w:t>______________</w:t>
            </w:r>
          </w:p>
        </w:tc>
      </w:tr>
      <w:tr>
        <w:trPr>
          <w:cantSplit/>
          <w:trHeight w:val="516" w:hRule="atLeast"/>
        </w:trPr>
        <w:tc>
          <w:tcPr>
            <w:tcW w:type="dxa" w:w="709"/>
            <w:vAlign w:val="center"/>
            <w:tcMar>
              <w:top w:w="85" w:type="dxa"/>
              <w:bottom w:w="85" w:type="dxa"/>
              <w:left w:w="85" w:type="dxa"/>
              <w:right w:w="85" w:type="dxa"/>
            </w:tcMar>
            <w:shd w:fill="F5F7F7"/>
          </w:tcPr>
          <w:p>
            <w:pPr>
              <w:spacing w:after="20" w:before="20" w:line="250" w:lineRule="auto"/>
            </w:pPr>
            <w:r>
              <w:rPr>
                <w:b w:val="0"/>
                <w:sz w:val="22"/>
              </w:rPr>
              <w:t>7</w:t>
            </w:r>
          </w:p>
        </w:tc>
        <w:tc>
          <w:tcPr>
            <w:tcW w:type="dxa" w:w="3175"/>
            <w:vAlign w:val="center"/>
            <w:tcMar>
              <w:top w:w="85" w:type="dxa"/>
              <w:bottom w:w="85" w:type="dxa"/>
              <w:left w:w="85" w:type="dxa"/>
              <w:right w:w="85" w:type="dxa"/>
            </w:tcMar>
            <w:shd w:fill="F5F7F7"/>
          </w:tcPr>
          <w:p>
            <w:pPr>
              <w:spacing w:after="20" w:before="20" w:line="250" w:lineRule="auto"/>
            </w:pPr>
            <w:r>
              <w:rPr>
                <w:b w:val="0"/>
                <w:sz w:val="22"/>
              </w:rPr>
              <w:t>__________________</w:t>
            </w:r>
          </w:p>
        </w:tc>
        <w:tc>
          <w:tcPr>
            <w:tcW w:type="dxa" w:w="2324"/>
            <w:vAlign w:val="center"/>
            <w:tcMar>
              <w:top w:w="85" w:type="dxa"/>
              <w:bottom w:w="85" w:type="dxa"/>
              <w:left w:w="85" w:type="dxa"/>
              <w:right w:w="85" w:type="dxa"/>
            </w:tcMar>
            <w:shd w:fill="F5F7F7"/>
          </w:tcPr>
          <w:p>
            <w:pPr>
              <w:spacing w:after="20" w:before="20" w:line="250" w:lineRule="auto"/>
            </w:pPr>
            <w:r>
              <w:rPr>
                <w:b w:val="0"/>
                <w:sz w:val="22"/>
              </w:rPr>
              <w:t>______________</w:t>
            </w:r>
          </w:p>
        </w:tc>
        <w:tc>
          <w:tcPr>
            <w:tcW w:type="dxa" w:w="3203"/>
            <w:vAlign w:val="center"/>
            <w:tcMar>
              <w:top w:w="85" w:type="dxa"/>
              <w:bottom w:w="85" w:type="dxa"/>
              <w:left w:w="85" w:type="dxa"/>
              <w:right w:w="85" w:type="dxa"/>
            </w:tcMar>
            <w:shd w:fill="F5F7F7"/>
          </w:tcPr>
          <w:p>
            <w:pPr>
              <w:spacing w:after="20" w:before="20" w:line="250" w:lineRule="auto"/>
            </w:pPr>
            <w:r>
              <w:rPr>
                <w:b w:val="0"/>
                <w:sz w:val="22"/>
              </w:rPr>
              <w:t>______________</w:t>
            </w:r>
          </w:p>
        </w:tc>
      </w:tr>
    </w:tbl>
    <w:p>
      <w:pPr>
        <w:spacing w:after="20" w:before="0" w:line="40" w:lineRule="exact"/>
      </w:pPr>
      <w:r>
        <w:rPr>
          <w:sz w:val="4"/>
        </w:rPr>
      </w:r>
    </w:p>
    <w:p>
      <w:pPr>
        <w:pStyle w:val="Heading2"/>
      </w:pPr>
      <w:r>
        <w:t>Ce observ</w:t>
      </w:r>
    </w:p>
    <w:p>
      <w:pPr>
        <w:spacing w:after="40" w:line="440" w:lineRule="exact"/>
      </w:pPr>
      <w:r>
        <w:rPr>
          <w:sz w:val="22"/>
        </w:rPr>
        <w:t>Un lucru care pare să mă ajute 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O dificultate care se repetă 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O întrebare pentru specialist _______________________________________</w:t>
      </w:r>
    </w:p>
    <w:p>
      <w:pPr>
        <w:spacing w:after="40" w:line="440" w:lineRule="exact"/>
      </w:pPr>
      <w:r>
        <w:rPr>
          <w:sz w:val="22"/>
        </w:rPr>
        <w:t>________________________________________________________________</w:t>
      </w:r>
    </w:p>
    <w:p>
      <w:pPr>
        <w:pStyle w:val="Heading2"/>
      </w:pPr>
      <w:r>
        <w:t>Ce nu decid din acest tabel</w:t>
      </w:r>
    </w:p>
    <w:p>
      <w:r>
        <w:t>Nu schimb singur tratamentul și nu pun un diagnostic. Dacă somnul se deteriorează mult, apar simptome noi sau mă simt în pericol, cer ajutor înainte de sfârșitul săptămânii.</w:t>
      </w:r>
    </w:p>
    <w:p>
      <w:r>
        <w:t>Nu trebuie să obțin un anumit număr de zile „bune”. Tabelul este pentru a înțelege ce se întâmplă și ce sprijin mi-ar fi util.</w:t>
      </w:r>
    </w:p>
    <w:p>
      <w:pPr>
        <w:pStyle w:val="Heading1"/>
        <w:pageBreakBefore/>
      </w:pPr>
      <w:r>
        <w:t>Fișa 14 O activitate care îmi redă interesul</w:t>
      </w:r>
    </w:p>
    <w:p>
      <w:r>
        <w:t>Aleg ceva accesibil, chiar dacă nu simt încă multă plăcere sau energie. Nu trebuie să fie productiv, impresionant sau făcut perfect.</w:t>
      </w:r>
    </w:p>
    <w:p>
      <w:pPr>
        <w:pStyle w:val="Heading2"/>
      </w:pPr>
      <w:r>
        <w:t>Caut idei</w:t>
      </w:r>
    </w:p>
    <w:p>
      <w:pPr>
        <w:spacing w:after="40" w:line="440" w:lineRule="exact"/>
      </w:pPr>
      <w:r>
        <w:rPr>
          <w:sz w:val="22"/>
        </w:rPr>
        <w:t>Ce îmi plăcea înainte 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mi-ar stârni puțină curiozitate acum _______________________________</w:t>
      </w:r>
    </w:p>
    <w:p>
      <w:pPr>
        <w:spacing w:after="40" w:line="440" w:lineRule="exact"/>
      </w:pPr>
      <w:r>
        <w:rPr>
          <w:sz w:val="22"/>
        </w:rPr>
        <w:t>________________________________________________________________</w:t>
      </w:r>
    </w:p>
    <w:p>
      <w:pPr>
        <w:spacing w:after="40" w:line="440" w:lineRule="exact"/>
      </w:pPr>
      <w:r>
        <w:rPr>
          <w:sz w:val="22"/>
        </w:rPr>
        <w:t>Ce pot încerca în condiții sigure _____________________________________</w:t>
      </w:r>
    </w:p>
    <w:p>
      <w:pPr>
        <w:spacing w:after="40" w:line="440" w:lineRule="exact"/>
      </w:pPr>
      <w:r>
        <w:rPr>
          <w:sz w:val="22"/>
        </w:rPr>
        <w:t>________________________________________________________________</w:t>
      </w:r>
    </w:p>
    <w:p>
      <w:pPr>
        <w:pStyle w:val="Heading2"/>
      </w:pPr>
      <w:r>
        <w:t>Pregătesc un experiment mic</w:t>
      </w:r>
    </w:p>
    <w:p>
      <w:pPr>
        <w:spacing w:after="40" w:line="440" w:lineRule="exact"/>
      </w:pPr>
      <w:r>
        <w:rPr>
          <w:sz w:val="22"/>
        </w:rPr>
        <w:t>Activitatea aleasă __________________________________________________</w:t>
      </w:r>
    </w:p>
    <w:p>
      <w:pPr>
        <w:spacing w:after="40" w:line="440" w:lineRule="exact"/>
      </w:pPr>
      <w:r>
        <w:rPr>
          <w:sz w:val="22"/>
        </w:rPr>
        <w:t>Timpul pe care vreau să îl încerc _____________________________________</w:t>
      </w:r>
    </w:p>
    <w:p>
      <w:pPr>
        <w:spacing w:after="40" w:line="440" w:lineRule="exact"/>
      </w:pPr>
      <w:r>
        <w:rPr>
          <w:sz w:val="22"/>
        </w:rPr>
        <w:t>Locul și materialele necesare ________________________________________</w:t>
      </w:r>
    </w:p>
    <w:p>
      <w:pPr>
        <w:spacing w:after="40" w:line="440" w:lineRule="exact"/>
      </w:pPr>
      <w:r>
        <w:rPr>
          <w:sz w:val="22"/>
        </w:rPr>
        <w:t>Cine mă poate sprijini ______________________________________________</w:t>
      </w:r>
    </w:p>
    <w:p>
      <w:pPr>
        <w:spacing w:after="40" w:line="440" w:lineRule="exact"/>
      </w:pPr>
      <w:r>
        <w:rPr>
          <w:sz w:val="22"/>
        </w:rPr>
        <w:t>Ce ar face activitatea prea dificilă sau riscantă ________________________</w:t>
      </w:r>
    </w:p>
    <w:p>
      <w:pPr>
        <w:spacing w:after="40" w:line="440" w:lineRule="exact"/>
      </w:pPr>
      <w:r>
        <w:rPr>
          <w:sz w:val="22"/>
        </w:rPr>
        <w:t>________________________________________________________________</w:t>
      </w:r>
    </w:p>
    <w:p>
      <w:pPr>
        <w:spacing w:after="40" w:line="440" w:lineRule="exact"/>
      </w:pPr>
      <w:r>
        <w:rPr>
          <w:sz w:val="22"/>
        </w:rPr>
        <w:t>Cum o micșorez sau o schimb ________________________________________</w:t>
      </w:r>
    </w:p>
    <w:p>
      <w:pPr>
        <w:spacing w:after="40" w:line="440" w:lineRule="exact"/>
      </w:pPr>
      <w:r>
        <w:rPr>
          <w:sz w:val="22"/>
        </w:rPr>
        <w:t>________________________________________________________________</w:t>
      </w:r>
    </w:p>
    <w:p>
      <w:pPr>
        <w:pStyle w:val="Heading2"/>
      </w:pPr>
      <w:r>
        <w:t>După încercare</w:t>
      </w:r>
    </w:p>
    <w:p>
      <w:pPr>
        <w:spacing w:after="40" w:line="440" w:lineRule="exact"/>
      </w:pPr>
      <w:r>
        <w:rPr>
          <w:sz w:val="22"/>
        </w:rPr>
        <w:t>Ce am observat înainte și după 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Vreau să repet / să simplific / să schimb activitatea / să mai discut.</w:t>
      </w:r>
    </w:p>
    <w:p>
      <w:r>
        <w:t>Faptul că nu m-am simțit mai bine imediat nu face încercarea inutilă. Pot afla ce mi se potrivește. Dacă mă simt tot mai lipsit de interes sau de energie, spun specialistului.</w:t>
      </w:r>
    </w:p>
    <w:p>
      <w:pPr>
        <w:pStyle w:val="Heading1"/>
        <w:pageBreakBefore/>
      </w:pPr>
      <w:r>
        <w:t>Fișa 15 O problemă practică pe rând</w:t>
      </w:r>
    </w:p>
    <w:p>
      <w:r>
        <w:t>Unele dificultăți au nevoie de servicii și ajutor concret. Nu trebuie să rezolv singur locuirea, banii, actele, munca și relațiile deodată.</w:t>
      </w:r>
    </w:p>
    <w:p>
      <w:pPr>
        <w:pStyle w:val="Heading2"/>
      </w:pPr>
      <w:r>
        <w:t>Aleg ce este prioritar</w:t>
      </w:r>
    </w:p>
    <w:p>
      <w:pPr>
        <w:spacing w:after="40" w:line="440" w:lineRule="exact"/>
      </w:pPr>
      <w:r>
        <w:rPr>
          <w:sz w:val="22"/>
        </w:rPr>
        <w:t>Problema care mă blochează acum 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________________________________________________________________</w:t>
      </w:r>
    </w:p>
    <w:p>
      <w:r>
        <w:t>Este legată de locuire / hrană / transport / bani / acte / muncă / familie / altceva.</w:t>
      </w:r>
    </w:p>
    <w:p>
      <w:pPr>
        <w:spacing w:after="40" w:line="440" w:lineRule="exact"/>
      </w:pPr>
      <w:r>
        <w:rPr>
          <w:sz w:val="22"/>
        </w:rPr>
        <w:t>Ce se întâmplă dacă rămâne nerezolvată _______________________________</w:t>
      </w:r>
    </w:p>
    <w:p>
      <w:pPr>
        <w:spacing w:after="40" w:line="440" w:lineRule="exact"/>
      </w:pPr>
      <w:r>
        <w:rPr>
          <w:sz w:val="22"/>
        </w:rPr>
        <w:t>________________________________________________________________</w:t>
      </w:r>
    </w:p>
    <w:p>
      <w:pPr>
        <w:pStyle w:val="Heading2"/>
      </w:pPr>
      <w:r>
        <w:t>Împărțim responsabilitățile</w:t>
      </w:r>
    </w:p>
    <w:p>
      <w:pPr>
        <w:spacing w:after="40" w:line="440" w:lineRule="exact"/>
      </w:pPr>
      <w:r>
        <w:rPr>
          <w:sz w:val="22"/>
        </w:rPr>
        <w:t>Ce pot face eu _____________________________________________________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ajutor cer echipei sau unui serviciu ________________________________</w:t>
      </w:r>
    </w:p>
    <w:p>
      <w:pPr>
        <w:spacing w:after="40" w:line="440" w:lineRule="exact"/>
      </w:pPr>
      <w:r>
        <w:rPr>
          <w:sz w:val="22"/>
        </w:rPr>
        <w:t>________________________________________________________________</w:t>
      </w:r>
    </w:p>
    <w:p>
      <w:pPr>
        <w:spacing w:after="40" w:line="440" w:lineRule="exact"/>
      </w:pPr>
      <w:r>
        <w:rPr>
          <w:sz w:val="22"/>
        </w:rPr>
        <w:t>Persoana sau serviciul și contactul ___________________________________</w:t>
      </w:r>
    </w:p>
    <w:p>
      <w:pPr>
        <w:spacing w:after="40" w:line="440" w:lineRule="exact"/>
      </w:pPr>
      <w:r>
        <w:rPr>
          <w:sz w:val="22"/>
        </w:rPr>
        <w:t>________________________________________________________________</w:t>
      </w:r>
    </w:p>
    <w:p>
      <w:pPr>
        <w:spacing w:after="40" w:line="440" w:lineRule="exact"/>
      </w:pPr>
      <w:r>
        <w:rPr>
          <w:sz w:val="22"/>
        </w:rPr>
        <w:t>Primul pas și data 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Dacă nu reușesc să iau legătura ______________________________________</w:t>
      </w:r>
    </w:p>
    <w:p>
      <w:pPr>
        <w:spacing w:after="40" w:line="440" w:lineRule="exact"/>
      </w:pPr>
      <w:r>
        <w:rPr>
          <w:sz w:val="22"/>
        </w:rPr>
        <w:t>________________________________________________________________</w:t>
      </w:r>
    </w:p>
    <w:p>
      <w:pPr>
        <w:ind w:left="125" w:right="125"/>
        <w:shd w:fill="EFF4F3"/>
      </w:pPr>
      <w:r>
        <w:rPr>
          <w:b/>
          <w:sz w:val="22"/>
        </w:rPr>
        <w:t>Dacă acasă există violență, amenințare sau exploatare, cer ajutor pentru protecție. Nu folosesc această fișă ca motiv să mă întâlnesc singur cu o persoană de care mă tem.</w:t>
      </w:r>
    </w:p>
    <w:p>
      <w:pPr>
        <w:pStyle w:val="Heading1"/>
        <w:pageBreakBefore/>
      </w:pPr>
      <w:r>
        <w:t>Fișa 16 Cer ajutor și păstrez o limită</w:t>
      </w:r>
    </w:p>
    <w:p>
      <w:r>
        <w:t>Aleg o relație suficient de sigură pentru această conversație. Nu trebuie să mă împac cu cineva care mă amenință sau mă rănește.</w:t>
      </w:r>
    </w:p>
    <w:p>
      <w:pPr>
        <w:pStyle w:val="Heading2"/>
      </w:pPr>
      <w:r>
        <w:t>Ce vreau să comunic</w:t>
      </w:r>
    </w:p>
    <w:p>
      <w:pPr>
        <w:spacing w:after="40" w:line="440" w:lineRule="exact"/>
      </w:pPr>
      <w:r>
        <w:rPr>
          <w:sz w:val="22"/>
        </w:rPr>
        <w:t>Situația concretă despre care vreau să vorbesc _________________________</w:t>
      </w:r>
    </w:p>
    <w:p>
      <w:pPr>
        <w:spacing w:after="40" w:line="440" w:lineRule="exact"/>
      </w:pPr>
      <w:r>
        <w:rPr>
          <w:sz w:val="22"/>
        </w:rPr>
        <w:t>________________________________________________________________</w:t>
      </w:r>
    </w:p>
    <w:p>
      <w:pPr>
        <w:spacing w:after="40" w:line="440" w:lineRule="exact"/>
      </w:pPr>
      <w:r>
        <w:rPr>
          <w:sz w:val="22"/>
        </w:rPr>
        <w:t>Cum mă afectează 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aș vrea să cer, cât mai clar _______________________________________</w:t>
      </w:r>
    </w:p>
    <w:p>
      <w:pPr>
        <w:spacing w:after="40" w:line="440" w:lineRule="exact"/>
      </w:pPr>
      <w:r>
        <w:rPr>
          <w:sz w:val="22"/>
        </w:rPr>
        <w:t>________________________________________________________________</w:t>
      </w:r>
    </w:p>
    <w:p>
      <w:pPr>
        <w:pStyle w:val="Heading2"/>
      </w:pPr>
      <w:r>
        <w:t>Pregătesc o formulare</w:t>
      </w:r>
    </w:p>
    <w:p>
      <w:pPr>
        <w:spacing w:after="40" w:line="440" w:lineRule="exact"/>
      </w:pPr>
      <w:r>
        <w:rPr>
          <w:sz w:val="22"/>
        </w:rPr>
        <w:t>„Când se întâmplă ________________________________________________,</w:t>
      </w:r>
    </w:p>
    <w:p>
      <w:pPr>
        <w:spacing w:after="40" w:line="440" w:lineRule="exact"/>
      </w:pPr>
      <w:r>
        <w:rPr>
          <w:sz w:val="22"/>
        </w:rPr>
        <w:t>îmi este ________________________________________________________.</w:t>
      </w:r>
    </w:p>
    <w:p>
      <w:pPr>
        <w:spacing w:after="40" w:line="440" w:lineRule="exact"/>
      </w:pPr>
      <w:r>
        <w:rPr>
          <w:sz w:val="22"/>
        </w:rPr>
        <w:t>Mi-ar fi de ajutor să _____________________________________________.”</w:t>
      </w:r>
    </w:p>
    <w:p>
      <w:pPr>
        <w:pStyle w:val="Heading2"/>
      </w:pPr>
      <w:r>
        <w:t>Limita mea</w:t>
      </w:r>
    </w:p>
    <w:p>
      <w:pPr>
        <w:spacing w:after="40" w:line="440" w:lineRule="exact"/>
      </w:pPr>
      <w:r>
        <w:rPr>
          <w:sz w:val="22"/>
        </w:rPr>
        <w:t>Un lucru pe care nu îl pot accepta 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fac dacă discuția devine nesigură __________________________________</w:t>
      </w:r>
    </w:p>
    <w:p>
      <w:pPr>
        <w:spacing w:after="40" w:line="440" w:lineRule="exact"/>
      </w:pPr>
      <w:r>
        <w:rPr>
          <w:sz w:val="22"/>
        </w:rPr>
        <w:t>________________________________________________________________</w:t>
      </w:r>
    </w:p>
    <w:p>
      <w:pPr>
        <w:spacing w:after="40" w:line="440" w:lineRule="exact"/>
      </w:pPr>
      <w:r>
        <w:rPr>
          <w:sz w:val="22"/>
        </w:rPr>
        <w:t>Cu cine pot pregăti sau discuta această conversație _____________________</w:t>
      </w:r>
    </w:p>
    <w:p>
      <w:pPr>
        <w:spacing w:after="40" w:line="440" w:lineRule="exact"/>
      </w:pPr>
      <w:r>
        <w:rPr>
          <w:sz w:val="22"/>
        </w:rPr>
        <w:t>________________________________________________________________</w:t>
      </w:r>
    </w:p>
    <w:p>
      <w:pPr>
        <w:pStyle w:val="Heading2"/>
      </w:pPr>
      <w:r>
        <w:t>După discuție</w:t>
      </w:r>
    </w:p>
    <w:p>
      <w:pPr>
        <w:spacing w:after="40" w:line="440" w:lineRule="exact"/>
      </w:pPr>
      <w:r>
        <w:rPr>
          <w:sz w:val="22"/>
        </w:rPr>
        <w:t>Ce am observat ____________________________________________________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sprijin îmi trebuie în continuare ___________________________________</w:t>
      </w:r>
    </w:p>
    <w:p>
      <w:pPr>
        <w:spacing w:after="40" w:line="440" w:lineRule="exact"/>
      </w:pPr>
      <w:r>
        <w:rPr>
          <w:sz w:val="22"/>
        </w:rPr>
        <w:t>________________________________________________________________</w:t>
      </w:r>
    </w:p>
    <w:p>
      <w:r>
        <w:t>Celălalt poate refuza cererea. Acest lucru nu îmi anulează nevoia și nu mă obligă să renunț la siguranță sau tratament.</w:t>
      </w:r>
    </w:p>
    <w:p>
      <w:pPr>
        <w:pStyle w:val="Heading1"/>
        <w:pageBreakBefore/>
      </w:pPr>
      <w:r>
        <w:t>Fișa 17 Planul meu pentru șapte zile</w:t>
      </w:r>
    </w:p>
    <w:p>
      <w:r>
        <w:t>Îl stabilesc împreună cu specialistul. Un singur obiectiv poate fi suficient. Nu este nevoie să lucrez pe toate cărările.</w:t>
      </w:r>
    </w:p>
    <w:p>
      <w:pPr>
        <w:spacing w:after="40" w:line="440" w:lineRule="exact"/>
      </w:pPr>
      <w:r>
        <w:rPr>
          <w:sz w:val="22"/>
        </w:rPr>
        <w:t>Perioada _____________________ Cărarea principală ___________________</w:t>
      </w:r>
    </w:p>
    <w:p>
      <w:pPr>
        <w:pStyle w:val="Heading2"/>
      </w:pPr>
      <w:r>
        <w:t>Obiectivul principal</w:t>
      </w:r>
    </w:p>
    <w:p>
      <w:pPr>
        <w:spacing w:after="40" w:line="440" w:lineRule="exact"/>
      </w:pPr>
      <w:r>
        <w:rPr>
          <w:sz w:val="22"/>
        </w:rPr>
        <w:t>Ce fac concret _____________________________________________________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De ce contează pentru mine 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Când și unde ______________________________________________________</w:t>
      </w:r>
    </w:p>
    <w:p>
      <w:pPr>
        <w:spacing w:after="40" w:line="440" w:lineRule="exact"/>
      </w:pPr>
      <w:r>
        <w:rPr>
          <w:sz w:val="22"/>
        </w:rPr>
        <w:t>Cine mă ajută _____________________________________________________</w:t>
      </w:r>
    </w:p>
    <w:p>
      <w:pPr>
        <w:spacing w:after="40" w:line="440" w:lineRule="exact"/>
      </w:pPr>
      <w:r>
        <w:rPr>
          <w:sz w:val="22"/>
        </w:rPr>
        <w:t>Ce ar putea împiedica pasul 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Varianta mai mică sau planul alternativ _______________________________</w:t>
      </w:r>
    </w:p>
    <w:p>
      <w:pPr>
        <w:spacing w:after="40" w:line="440" w:lineRule="exact"/>
      </w:pPr>
      <w:r>
        <w:rPr>
          <w:sz w:val="22"/>
        </w:rPr>
        <w:t>________________________________________________________________</w:t>
      </w:r>
    </w:p>
    <w:p>
      <w:pPr>
        <w:spacing w:after="40" w:line="440" w:lineRule="exact"/>
      </w:pPr>
      <w:r>
        <w:rPr>
          <w:sz w:val="22"/>
        </w:rPr>
        <w:t>Cum voi observa ce s-a întâmplat _____________________________________</w:t>
      </w:r>
    </w:p>
    <w:p>
      <w:pPr>
        <w:pStyle w:val="Heading2"/>
      </w:pPr>
      <w:r>
        <w:t>Alte obiective numai dacă sunt utile</w:t>
      </w:r>
    </w:p>
    <w:p>
      <w:pPr>
        <w:spacing w:after="40" w:line="440" w:lineRule="exact"/>
      </w:pPr>
      <w:r>
        <w:rPr>
          <w:sz w:val="22"/>
        </w:rPr>
        <w:t>Obiectivul 2 și termenul 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Obiectivul 3 și termenul ____________________________________________</w:t>
      </w:r>
    </w:p>
    <w:p>
      <w:pPr>
        <w:spacing w:after="40" w:line="440" w:lineRule="exact"/>
      </w:pPr>
      <w:r>
        <w:rPr>
          <w:sz w:val="22"/>
        </w:rPr>
        <w:t>________________________________________________________________</w:t>
      </w:r>
    </w:p>
    <w:p>
      <w:pPr>
        <w:pStyle w:val="Heading2"/>
      </w:pPr>
      <w:r>
        <w:t>Ce face echipa</w:t>
      </w:r>
    </w:p>
    <w:p>
      <w:pPr>
        <w:spacing w:after="40" w:line="440" w:lineRule="exact"/>
      </w:pPr>
      <w:r>
        <w:rPr>
          <w:sz w:val="22"/>
        </w:rPr>
        <w:t>Persoana responsabilă și acțiunea 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Discutăm planul din nou la __________________________________________</w:t>
      </w:r>
    </w:p>
    <w:p>
      <w:pPr>
        <w:spacing w:after="40" w:line="440" w:lineRule="exact"/>
      </w:pPr>
      <w:r>
        <w:rPr>
          <w:sz w:val="22"/>
        </w:rPr>
        <w:t>Contactez echipa mai devreme dacă __________________________________</w:t>
      </w:r>
    </w:p>
    <w:p>
      <w:pPr>
        <w:spacing w:after="40" w:line="440" w:lineRule="exact"/>
      </w:pPr>
      <w:r>
        <w:rPr>
          <w:sz w:val="22"/>
        </w:rPr>
        <w:t>________________________________________________________________</w:t>
      </w:r>
    </w:p>
    <w:p>
      <w:r>
        <w:t>Tratamentul și planul de siguranță continuă separat de aceste obiective.</w:t>
      </w:r>
    </w:p>
    <w:p>
      <w:pPr>
        <w:pStyle w:val="Heading1"/>
        <w:pageBreakBefore/>
      </w:pPr>
      <w:r>
        <w:t>Fișa 18 Jurnal scurt pentru o săptămână</w:t>
      </w:r>
    </w:p>
    <w:p>
      <w:r>
        <w:t>Completez numai dacă am convenit că îmi este util. Pot nota „nu știu” sau pot discuta verbal. Tabelul nu este urmărit permanent de echipă.</w:t>
      </w:r>
    </w:p>
    <w:p>
      <w:pPr>
        <w:spacing w:after="40" w:line="440" w:lineRule="exact"/>
      </w:pPr>
      <w:r>
        <w:rPr>
          <w:sz w:val="22"/>
        </w:rPr>
        <w:t>Perioada _________________________________________________________</w:t>
      </w:r>
    </w:p>
    <w:tbl>
      <w:tblPr>
        <w:tblW w:type="auto" w:w="0"/>
        <w:jc w:val="center"/>
        <w:tblLayout w:type="fixed"/>
        <w:tblLook w:firstColumn="1" w:firstRow="1" w:lastColumn="0" w:lastRow="0" w:noHBand="0" w:noVBand="1" w:val="04A0"/>
      </w:tblPr>
      <w:tblGrid>
        <w:gridCol w:w="709"/>
        <w:gridCol w:w="3175"/>
        <w:gridCol w:w="2324"/>
        <w:gridCol w:w="3203"/>
      </w:tblGrid>
      <w:tr>
        <w:trPr>
          <w:cantSplit/>
          <w:tblHeader/>
        </w:trPr>
        <w:tc>
          <w:tcPr>
            <w:tcW w:type="dxa" w:w="709"/>
            <w:vAlign w:val="center"/>
            <w:tcMar>
              <w:top w:w="85" w:type="dxa"/>
              <w:bottom w:w="85" w:type="dxa"/>
              <w:left w:w="85" w:type="dxa"/>
              <w:right w:w="85" w:type="dxa"/>
            </w:tcMar>
            <w:shd w:fill="E3EEEC"/>
          </w:tcPr>
          <w:p>
            <w:pPr>
              <w:spacing w:after="20" w:before="20" w:line="250" w:lineRule="auto"/>
            </w:pPr>
            <w:r>
              <w:rPr>
                <w:b/>
                <w:sz w:val="22"/>
              </w:rPr>
              <w:t>Ziua</w:t>
            </w:r>
          </w:p>
        </w:tc>
        <w:tc>
          <w:tcPr>
            <w:tcW w:type="dxa" w:w="3175"/>
            <w:vAlign w:val="center"/>
            <w:tcMar>
              <w:top w:w="85" w:type="dxa"/>
              <w:bottom w:w="85" w:type="dxa"/>
              <w:left w:w="85" w:type="dxa"/>
              <w:right w:w="85" w:type="dxa"/>
            </w:tcMar>
            <w:shd w:fill="E3EEEC"/>
          </w:tcPr>
          <w:p>
            <w:pPr>
              <w:spacing w:after="20" w:before="20" w:line="250" w:lineRule="auto"/>
            </w:pPr>
            <w:r>
              <w:rPr>
                <w:b/>
                <w:sz w:val="22"/>
              </w:rPr>
              <w:t>Consum dacă a existat și ce anume</w:t>
            </w:r>
          </w:p>
        </w:tc>
        <w:tc>
          <w:tcPr>
            <w:tcW w:type="dxa" w:w="2324"/>
            <w:vAlign w:val="center"/>
            <w:tcMar>
              <w:top w:w="85" w:type="dxa"/>
              <w:bottom w:w="85" w:type="dxa"/>
              <w:left w:w="85" w:type="dxa"/>
              <w:right w:w="85" w:type="dxa"/>
            </w:tcMar>
            <w:shd w:fill="E3EEEC"/>
          </w:tcPr>
          <w:p>
            <w:pPr>
              <w:spacing w:after="20" w:before="20" w:line="250" w:lineRule="auto"/>
            </w:pPr>
            <w:r>
              <w:rPr>
                <w:b/>
                <w:sz w:val="22"/>
              </w:rPr>
              <w:t>Poftă în cuvinte sau 0–10</w:t>
            </w:r>
          </w:p>
        </w:tc>
        <w:tc>
          <w:tcPr>
            <w:tcW w:type="dxa" w:w="3203"/>
            <w:vAlign w:val="center"/>
            <w:tcMar>
              <w:top w:w="85" w:type="dxa"/>
              <w:bottom w:w="85" w:type="dxa"/>
              <w:left w:w="85" w:type="dxa"/>
              <w:right w:w="85" w:type="dxa"/>
            </w:tcMar>
            <w:shd w:fill="E3EEEC"/>
          </w:tcPr>
          <w:p>
            <w:pPr>
              <w:spacing w:after="20" w:before="20" w:line="250" w:lineRule="auto"/>
            </w:pPr>
            <w:r>
              <w:rPr>
                <w:b/>
                <w:sz w:val="22"/>
              </w:rPr>
              <w:t>Pas încercat sau ajutor cerut</w:t>
            </w:r>
          </w:p>
        </w:tc>
      </w:tr>
      <w:tr>
        <w:trPr>
          <w:cantSplit/>
          <w:trHeight w:val="516" w:hRule="atLeast"/>
        </w:trPr>
        <w:tc>
          <w:tcPr>
            <w:tcW w:type="dxa" w:w="709"/>
            <w:vAlign w:val="center"/>
            <w:tcMar>
              <w:top w:w="85" w:type="dxa"/>
              <w:bottom w:w="85" w:type="dxa"/>
              <w:left w:w="85" w:type="dxa"/>
              <w:right w:w="85" w:type="dxa"/>
            </w:tcMar>
            <w:shd w:fill="F5F7F7"/>
          </w:tcPr>
          <w:p>
            <w:pPr>
              <w:spacing w:after="20" w:before="20" w:line="250" w:lineRule="auto"/>
            </w:pPr>
            <w:r>
              <w:rPr>
                <w:b w:val="0"/>
                <w:sz w:val="22"/>
              </w:rPr>
              <w:t>1</w:t>
            </w:r>
          </w:p>
        </w:tc>
        <w:tc>
          <w:tcPr>
            <w:tcW w:type="dxa" w:w="3175"/>
            <w:vAlign w:val="center"/>
            <w:tcMar>
              <w:top w:w="85" w:type="dxa"/>
              <w:bottom w:w="85" w:type="dxa"/>
              <w:left w:w="85" w:type="dxa"/>
              <w:right w:w="85" w:type="dxa"/>
            </w:tcMar>
            <w:shd w:fill="F5F7F7"/>
          </w:tcPr>
          <w:p>
            <w:pPr>
              <w:spacing w:after="20" w:before="20" w:line="250" w:lineRule="auto"/>
            </w:pPr>
            <w:r>
              <w:rPr>
                <w:b w:val="0"/>
                <w:sz w:val="22"/>
              </w:rPr>
              <w:t>__________________</w:t>
            </w:r>
          </w:p>
        </w:tc>
        <w:tc>
          <w:tcPr>
            <w:tcW w:type="dxa" w:w="2324"/>
            <w:vAlign w:val="center"/>
            <w:tcMar>
              <w:top w:w="85" w:type="dxa"/>
              <w:bottom w:w="85" w:type="dxa"/>
              <w:left w:w="85" w:type="dxa"/>
              <w:right w:w="85" w:type="dxa"/>
            </w:tcMar>
            <w:shd w:fill="F5F7F7"/>
          </w:tcPr>
          <w:p>
            <w:pPr>
              <w:spacing w:after="20" w:before="20" w:line="250" w:lineRule="auto"/>
            </w:pPr>
            <w:r>
              <w:rPr>
                <w:b w:val="0"/>
                <w:sz w:val="22"/>
              </w:rPr>
              <w:t>______________</w:t>
            </w:r>
          </w:p>
        </w:tc>
        <w:tc>
          <w:tcPr>
            <w:tcW w:type="dxa" w:w="3203"/>
            <w:vAlign w:val="center"/>
            <w:tcMar>
              <w:top w:w="85" w:type="dxa"/>
              <w:bottom w:w="85" w:type="dxa"/>
              <w:left w:w="85" w:type="dxa"/>
              <w:right w:w="85" w:type="dxa"/>
            </w:tcMar>
            <w:shd w:fill="F5F7F7"/>
          </w:tcPr>
          <w:p>
            <w:pPr>
              <w:spacing w:after="20" w:before="20" w:line="250" w:lineRule="auto"/>
            </w:pPr>
            <w:r>
              <w:rPr>
                <w:b w:val="0"/>
                <w:sz w:val="22"/>
              </w:rPr>
              <w:t>______________</w:t>
            </w:r>
          </w:p>
        </w:tc>
      </w:tr>
      <w:tr>
        <w:trPr>
          <w:cantSplit/>
          <w:trHeight w:val="516" w:hRule="atLeast"/>
        </w:trPr>
        <w:tc>
          <w:tcPr>
            <w:tcW w:type="dxa" w:w="709"/>
            <w:vAlign w:val="center"/>
            <w:tcMar>
              <w:top w:w="85" w:type="dxa"/>
              <w:bottom w:w="85" w:type="dxa"/>
              <w:left w:w="85" w:type="dxa"/>
              <w:right w:w="85" w:type="dxa"/>
            </w:tcMar>
            <w:shd w:fill="FFFFFF"/>
          </w:tcPr>
          <w:p>
            <w:pPr>
              <w:spacing w:after="20" w:before="20" w:line="250" w:lineRule="auto"/>
            </w:pPr>
            <w:r>
              <w:rPr>
                <w:b w:val="0"/>
                <w:sz w:val="22"/>
              </w:rPr>
              <w:t>2</w:t>
            </w:r>
          </w:p>
        </w:tc>
        <w:tc>
          <w:tcPr>
            <w:tcW w:type="dxa" w:w="3175"/>
            <w:vAlign w:val="center"/>
            <w:tcMar>
              <w:top w:w="85" w:type="dxa"/>
              <w:bottom w:w="85" w:type="dxa"/>
              <w:left w:w="85" w:type="dxa"/>
              <w:right w:w="85" w:type="dxa"/>
            </w:tcMar>
            <w:shd w:fill="FFFFFF"/>
          </w:tcPr>
          <w:p>
            <w:pPr>
              <w:spacing w:after="20" w:before="20" w:line="250" w:lineRule="auto"/>
            </w:pPr>
            <w:r>
              <w:rPr>
                <w:b w:val="0"/>
                <w:sz w:val="22"/>
              </w:rPr>
              <w:t>__________________</w:t>
            </w:r>
          </w:p>
        </w:tc>
        <w:tc>
          <w:tcPr>
            <w:tcW w:type="dxa" w:w="2324"/>
            <w:vAlign w:val="center"/>
            <w:tcMar>
              <w:top w:w="85" w:type="dxa"/>
              <w:bottom w:w="85" w:type="dxa"/>
              <w:left w:w="85" w:type="dxa"/>
              <w:right w:w="85" w:type="dxa"/>
            </w:tcMar>
            <w:shd w:fill="FFFFFF"/>
          </w:tcPr>
          <w:p>
            <w:pPr>
              <w:spacing w:after="20" w:before="20" w:line="250" w:lineRule="auto"/>
            </w:pPr>
            <w:r>
              <w:rPr>
                <w:b w:val="0"/>
                <w:sz w:val="22"/>
              </w:rPr>
              <w:t>______________</w:t>
            </w:r>
          </w:p>
        </w:tc>
        <w:tc>
          <w:tcPr>
            <w:tcW w:type="dxa" w:w="3203"/>
            <w:vAlign w:val="center"/>
            <w:tcMar>
              <w:top w:w="85" w:type="dxa"/>
              <w:bottom w:w="85" w:type="dxa"/>
              <w:left w:w="85" w:type="dxa"/>
              <w:right w:w="85" w:type="dxa"/>
            </w:tcMar>
            <w:shd w:fill="FFFFFF"/>
          </w:tcPr>
          <w:p>
            <w:pPr>
              <w:spacing w:after="20" w:before="20" w:line="250" w:lineRule="auto"/>
            </w:pPr>
            <w:r>
              <w:rPr>
                <w:b w:val="0"/>
                <w:sz w:val="22"/>
              </w:rPr>
              <w:t>______________</w:t>
            </w:r>
          </w:p>
        </w:tc>
      </w:tr>
      <w:tr>
        <w:trPr>
          <w:cantSplit/>
          <w:trHeight w:val="516" w:hRule="atLeast"/>
        </w:trPr>
        <w:tc>
          <w:tcPr>
            <w:tcW w:type="dxa" w:w="709"/>
            <w:vAlign w:val="center"/>
            <w:tcMar>
              <w:top w:w="85" w:type="dxa"/>
              <w:bottom w:w="85" w:type="dxa"/>
              <w:left w:w="85" w:type="dxa"/>
              <w:right w:w="85" w:type="dxa"/>
            </w:tcMar>
            <w:shd w:fill="F5F7F7"/>
          </w:tcPr>
          <w:p>
            <w:pPr>
              <w:spacing w:after="20" w:before="20" w:line="250" w:lineRule="auto"/>
            </w:pPr>
            <w:r>
              <w:rPr>
                <w:b w:val="0"/>
                <w:sz w:val="22"/>
              </w:rPr>
              <w:t>3</w:t>
            </w:r>
          </w:p>
        </w:tc>
        <w:tc>
          <w:tcPr>
            <w:tcW w:type="dxa" w:w="3175"/>
            <w:vAlign w:val="center"/>
            <w:tcMar>
              <w:top w:w="85" w:type="dxa"/>
              <w:bottom w:w="85" w:type="dxa"/>
              <w:left w:w="85" w:type="dxa"/>
              <w:right w:w="85" w:type="dxa"/>
            </w:tcMar>
            <w:shd w:fill="F5F7F7"/>
          </w:tcPr>
          <w:p>
            <w:pPr>
              <w:spacing w:after="20" w:before="20" w:line="250" w:lineRule="auto"/>
            </w:pPr>
            <w:r>
              <w:rPr>
                <w:b w:val="0"/>
                <w:sz w:val="22"/>
              </w:rPr>
              <w:t>__________________</w:t>
            </w:r>
          </w:p>
        </w:tc>
        <w:tc>
          <w:tcPr>
            <w:tcW w:type="dxa" w:w="2324"/>
            <w:vAlign w:val="center"/>
            <w:tcMar>
              <w:top w:w="85" w:type="dxa"/>
              <w:bottom w:w="85" w:type="dxa"/>
              <w:left w:w="85" w:type="dxa"/>
              <w:right w:w="85" w:type="dxa"/>
            </w:tcMar>
            <w:shd w:fill="F5F7F7"/>
          </w:tcPr>
          <w:p>
            <w:pPr>
              <w:spacing w:after="20" w:before="20" w:line="250" w:lineRule="auto"/>
            </w:pPr>
            <w:r>
              <w:rPr>
                <w:b w:val="0"/>
                <w:sz w:val="22"/>
              </w:rPr>
              <w:t>______________</w:t>
            </w:r>
          </w:p>
        </w:tc>
        <w:tc>
          <w:tcPr>
            <w:tcW w:type="dxa" w:w="3203"/>
            <w:vAlign w:val="center"/>
            <w:tcMar>
              <w:top w:w="85" w:type="dxa"/>
              <w:bottom w:w="85" w:type="dxa"/>
              <w:left w:w="85" w:type="dxa"/>
              <w:right w:w="85" w:type="dxa"/>
            </w:tcMar>
            <w:shd w:fill="F5F7F7"/>
          </w:tcPr>
          <w:p>
            <w:pPr>
              <w:spacing w:after="20" w:before="20" w:line="250" w:lineRule="auto"/>
            </w:pPr>
            <w:r>
              <w:rPr>
                <w:b w:val="0"/>
                <w:sz w:val="22"/>
              </w:rPr>
              <w:t>______________</w:t>
            </w:r>
          </w:p>
        </w:tc>
      </w:tr>
      <w:tr>
        <w:trPr>
          <w:cantSplit/>
          <w:trHeight w:val="516" w:hRule="atLeast"/>
        </w:trPr>
        <w:tc>
          <w:tcPr>
            <w:tcW w:type="dxa" w:w="709"/>
            <w:vAlign w:val="center"/>
            <w:tcMar>
              <w:top w:w="85" w:type="dxa"/>
              <w:bottom w:w="85" w:type="dxa"/>
              <w:left w:w="85" w:type="dxa"/>
              <w:right w:w="85" w:type="dxa"/>
            </w:tcMar>
            <w:shd w:fill="FFFFFF"/>
          </w:tcPr>
          <w:p>
            <w:pPr>
              <w:spacing w:after="20" w:before="20" w:line="250" w:lineRule="auto"/>
            </w:pPr>
            <w:r>
              <w:rPr>
                <w:b w:val="0"/>
                <w:sz w:val="22"/>
              </w:rPr>
              <w:t>4</w:t>
            </w:r>
          </w:p>
        </w:tc>
        <w:tc>
          <w:tcPr>
            <w:tcW w:type="dxa" w:w="3175"/>
            <w:vAlign w:val="center"/>
            <w:tcMar>
              <w:top w:w="85" w:type="dxa"/>
              <w:bottom w:w="85" w:type="dxa"/>
              <w:left w:w="85" w:type="dxa"/>
              <w:right w:w="85" w:type="dxa"/>
            </w:tcMar>
            <w:shd w:fill="FFFFFF"/>
          </w:tcPr>
          <w:p>
            <w:pPr>
              <w:spacing w:after="20" w:before="20" w:line="250" w:lineRule="auto"/>
            </w:pPr>
            <w:r>
              <w:rPr>
                <w:b w:val="0"/>
                <w:sz w:val="22"/>
              </w:rPr>
              <w:t>__________________</w:t>
            </w:r>
          </w:p>
        </w:tc>
        <w:tc>
          <w:tcPr>
            <w:tcW w:type="dxa" w:w="2324"/>
            <w:vAlign w:val="center"/>
            <w:tcMar>
              <w:top w:w="85" w:type="dxa"/>
              <w:bottom w:w="85" w:type="dxa"/>
              <w:left w:w="85" w:type="dxa"/>
              <w:right w:w="85" w:type="dxa"/>
            </w:tcMar>
            <w:shd w:fill="FFFFFF"/>
          </w:tcPr>
          <w:p>
            <w:pPr>
              <w:spacing w:after="20" w:before="20" w:line="250" w:lineRule="auto"/>
            </w:pPr>
            <w:r>
              <w:rPr>
                <w:b w:val="0"/>
                <w:sz w:val="22"/>
              </w:rPr>
              <w:t>______________</w:t>
            </w:r>
          </w:p>
        </w:tc>
        <w:tc>
          <w:tcPr>
            <w:tcW w:type="dxa" w:w="3203"/>
            <w:vAlign w:val="center"/>
            <w:tcMar>
              <w:top w:w="85" w:type="dxa"/>
              <w:bottom w:w="85" w:type="dxa"/>
              <w:left w:w="85" w:type="dxa"/>
              <w:right w:w="85" w:type="dxa"/>
            </w:tcMar>
            <w:shd w:fill="FFFFFF"/>
          </w:tcPr>
          <w:p>
            <w:pPr>
              <w:spacing w:after="20" w:before="20" w:line="250" w:lineRule="auto"/>
            </w:pPr>
            <w:r>
              <w:rPr>
                <w:b w:val="0"/>
                <w:sz w:val="22"/>
              </w:rPr>
              <w:t>______________</w:t>
            </w:r>
          </w:p>
        </w:tc>
      </w:tr>
      <w:tr>
        <w:trPr>
          <w:cantSplit/>
          <w:trHeight w:val="516" w:hRule="atLeast"/>
        </w:trPr>
        <w:tc>
          <w:tcPr>
            <w:tcW w:type="dxa" w:w="709"/>
            <w:vAlign w:val="center"/>
            <w:tcMar>
              <w:top w:w="85" w:type="dxa"/>
              <w:bottom w:w="85" w:type="dxa"/>
              <w:left w:w="85" w:type="dxa"/>
              <w:right w:w="85" w:type="dxa"/>
            </w:tcMar>
            <w:shd w:fill="F5F7F7"/>
          </w:tcPr>
          <w:p>
            <w:pPr>
              <w:spacing w:after="20" w:before="20" w:line="250" w:lineRule="auto"/>
            </w:pPr>
            <w:r>
              <w:rPr>
                <w:b w:val="0"/>
                <w:sz w:val="22"/>
              </w:rPr>
              <w:t>5</w:t>
            </w:r>
          </w:p>
        </w:tc>
        <w:tc>
          <w:tcPr>
            <w:tcW w:type="dxa" w:w="3175"/>
            <w:vAlign w:val="center"/>
            <w:tcMar>
              <w:top w:w="85" w:type="dxa"/>
              <w:bottom w:w="85" w:type="dxa"/>
              <w:left w:w="85" w:type="dxa"/>
              <w:right w:w="85" w:type="dxa"/>
            </w:tcMar>
            <w:shd w:fill="F5F7F7"/>
          </w:tcPr>
          <w:p>
            <w:pPr>
              <w:spacing w:after="20" w:before="20" w:line="250" w:lineRule="auto"/>
            </w:pPr>
            <w:r>
              <w:rPr>
                <w:b w:val="0"/>
                <w:sz w:val="22"/>
              </w:rPr>
              <w:t>__________________</w:t>
            </w:r>
          </w:p>
        </w:tc>
        <w:tc>
          <w:tcPr>
            <w:tcW w:type="dxa" w:w="2324"/>
            <w:vAlign w:val="center"/>
            <w:tcMar>
              <w:top w:w="85" w:type="dxa"/>
              <w:bottom w:w="85" w:type="dxa"/>
              <w:left w:w="85" w:type="dxa"/>
              <w:right w:w="85" w:type="dxa"/>
            </w:tcMar>
            <w:shd w:fill="F5F7F7"/>
          </w:tcPr>
          <w:p>
            <w:pPr>
              <w:spacing w:after="20" w:before="20" w:line="250" w:lineRule="auto"/>
            </w:pPr>
            <w:r>
              <w:rPr>
                <w:b w:val="0"/>
                <w:sz w:val="22"/>
              </w:rPr>
              <w:t>______________</w:t>
            </w:r>
          </w:p>
        </w:tc>
        <w:tc>
          <w:tcPr>
            <w:tcW w:type="dxa" w:w="3203"/>
            <w:vAlign w:val="center"/>
            <w:tcMar>
              <w:top w:w="85" w:type="dxa"/>
              <w:bottom w:w="85" w:type="dxa"/>
              <w:left w:w="85" w:type="dxa"/>
              <w:right w:w="85" w:type="dxa"/>
            </w:tcMar>
            <w:shd w:fill="F5F7F7"/>
          </w:tcPr>
          <w:p>
            <w:pPr>
              <w:spacing w:after="20" w:before="20" w:line="250" w:lineRule="auto"/>
            </w:pPr>
            <w:r>
              <w:rPr>
                <w:b w:val="0"/>
                <w:sz w:val="22"/>
              </w:rPr>
              <w:t>______________</w:t>
            </w:r>
          </w:p>
        </w:tc>
      </w:tr>
      <w:tr>
        <w:trPr>
          <w:cantSplit/>
          <w:trHeight w:val="516" w:hRule="atLeast"/>
        </w:trPr>
        <w:tc>
          <w:tcPr>
            <w:tcW w:type="dxa" w:w="709"/>
            <w:vAlign w:val="center"/>
            <w:tcMar>
              <w:top w:w="85" w:type="dxa"/>
              <w:bottom w:w="85" w:type="dxa"/>
              <w:left w:w="85" w:type="dxa"/>
              <w:right w:w="85" w:type="dxa"/>
            </w:tcMar>
            <w:shd w:fill="FFFFFF"/>
          </w:tcPr>
          <w:p>
            <w:pPr>
              <w:spacing w:after="20" w:before="20" w:line="250" w:lineRule="auto"/>
            </w:pPr>
            <w:r>
              <w:rPr>
                <w:b w:val="0"/>
                <w:sz w:val="22"/>
              </w:rPr>
              <w:t>6</w:t>
            </w:r>
          </w:p>
        </w:tc>
        <w:tc>
          <w:tcPr>
            <w:tcW w:type="dxa" w:w="3175"/>
            <w:vAlign w:val="center"/>
            <w:tcMar>
              <w:top w:w="85" w:type="dxa"/>
              <w:bottom w:w="85" w:type="dxa"/>
              <w:left w:w="85" w:type="dxa"/>
              <w:right w:w="85" w:type="dxa"/>
            </w:tcMar>
            <w:shd w:fill="FFFFFF"/>
          </w:tcPr>
          <w:p>
            <w:pPr>
              <w:spacing w:after="20" w:before="20" w:line="250" w:lineRule="auto"/>
            </w:pPr>
            <w:r>
              <w:rPr>
                <w:b w:val="0"/>
                <w:sz w:val="22"/>
              </w:rPr>
              <w:t>__________________</w:t>
            </w:r>
          </w:p>
        </w:tc>
        <w:tc>
          <w:tcPr>
            <w:tcW w:type="dxa" w:w="2324"/>
            <w:vAlign w:val="center"/>
            <w:tcMar>
              <w:top w:w="85" w:type="dxa"/>
              <w:bottom w:w="85" w:type="dxa"/>
              <w:left w:w="85" w:type="dxa"/>
              <w:right w:w="85" w:type="dxa"/>
            </w:tcMar>
            <w:shd w:fill="FFFFFF"/>
          </w:tcPr>
          <w:p>
            <w:pPr>
              <w:spacing w:after="20" w:before="20" w:line="250" w:lineRule="auto"/>
            </w:pPr>
            <w:r>
              <w:rPr>
                <w:b w:val="0"/>
                <w:sz w:val="22"/>
              </w:rPr>
              <w:t>______________</w:t>
            </w:r>
          </w:p>
        </w:tc>
        <w:tc>
          <w:tcPr>
            <w:tcW w:type="dxa" w:w="3203"/>
            <w:vAlign w:val="center"/>
            <w:tcMar>
              <w:top w:w="85" w:type="dxa"/>
              <w:bottom w:w="85" w:type="dxa"/>
              <w:left w:w="85" w:type="dxa"/>
              <w:right w:w="85" w:type="dxa"/>
            </w:tcMar>
            <w:shd w:fill="FFFFFF"/>
          </w:tcPr>
          <w:p>
            <w:pPr>
              <w:spacing w:after="20" w:before="20" w:line="250" w:lineRule="auto"/>
            </w:pPr>
            <w:r>
              <w:rPr>
                <w:b w:val="0"/>
                <w:sz w:val="22"/>
              </w:rPr>
              <w:t>______________</w:t>
            </w:r>
          </w:p>
        </w:tc>
      </w:tr>
      <w:tr>
        <w:trPr>
          <w:cantSplit/>
          <w:trHeight w:val="516" w:hRule="atLeast"/>
        </w:trPr>
        <w:tc>
          <w:tcPr>
            <w:tcW w:type="dxa" w:w="709"/>
            <w:vAlign w:val="center"/>
            <w:tcMar>
              <w:top w:w="85" w:type="dxa"/>
              <w:bottom w:w="85" w:type="dxa"/>
              <w:left w:w="85" w:type="dxa"/>
              <w:right w:w="85" w:type="dxa"/>
            </w:tcMar>
            <w:shd w:fill="F5F7F7"/>
          </w:tcPr>
          <w:p>
            <w:pPr>
              <w:spacing w:after="20" w:before="20" w:line="250" w:lineRule="auto"/>
            </w:pPr>
            <w:r>
              <w:rPr>
                <w:b w:val="0"/>
                <w:sz w:val="22"/>
              </w:rPr>
              <w:t>7</w:t>
            </w:r>
          </w:p>
        </w:tc>
        <w:tc>
          <w:tcPr>
            <w:tcW w:type="dxa" w:w="3175"/>
            <w:vAlign w:val="center"/>
            <w:tcMar>
              <w:top w:w="85" w:type="dxa"/>
              <w:bottom w:w="85" w:type="dxa"/>
              <w:left w:w="85" w:type="dxa"/>
              <w:right w:w="85" w:type="dxa"/>
            </w:tcMar>
            <w:shd w:fill="F5F7F7"/>
          </w:tcPr>
          <w:p>
            <w:pPr>
              <w:spacing w:after="20" w:before="20" w:line="250" w:lineRule="auto"/>
            </w:pPr>
            <w:r>
              <w:rPr>
                <w:b w:val="0"/>
                <w:sz w:val="22"/>
              </w:rPr>
              <w:t>__________________</w:t>
            </w:r>
          </w:p>
        </w:tc>
        <w:tc>
          <w:tcPr>
            <w:tcW w:type="dxa" w:w="2324"/>
            <w:vAlign w:val="center"/>
            <w:tcMar>
              <w:top w:w="85" w:type="dxa"/>
              <w:bottom w:w="85" w:type="dxa"/>
              <w:left w:w="85" w:type="dxa"/>
              <w:right w:w="85" w:type="dxa"/>
            </w:tcMar>
            <w:shd w:fill="F5F7F7"/>
          </w:tcPr>
          <w:p>
            <w:pPr>
              <w:spacing w:after="20" w:before="20" w:line="250" w:lineRule="auto"/>
            </w:pPr>
            <w:r>
              <w:rPr>
                <w:b w:val="0"/>
                <w:sz w:val="22"/>
              </w:rPr>
              <w:t>______________</w:t>
            </w:r>
          </w:p>
        </w:tc>
        <w:tc>
          <w:tcPr>
            <w:tcW w:type="dxa" w:w="3203"/>
            <w:vAlign w:val="center"/>
            <w:tcMar>
              <w:top w:w="85" w:type="dxa"/>
              <w:bottom w:w="85" w:type="dxa"/>
              <w:left w:w="85" w:type="dxa"/>
              <w:right w:w="85" w:type="dxa"/>
            </w:tcMar>
            <w:shd w:fill="F5F7F7"/>
          </w:tcPr>
          <w:p>
            <w:pPr>
              <w:spacing w:after="20" w:before="20" w:line="250" w:lineRule="auto"/>
            </w:pPr>
            <w:r>
              <w:rPr>
                <w:b w:val="0"/>
                <w:sz w:val="22"/>
              </w:rPr>
              <w:t>______________</w:t>
            </w:r>
          </w:p>
        </w:tc>
      </w:tr>
    </w:tbl>
    <w:p>
      <w:pPr>
        <w:spacing w:after="20" w:before="0" w:line="40" w:lineRule="exact"/>
      </w:pPr>
      <w:r>
        <w:rPr>
          <w:sz w:val="4"/>
        </w:rPr>
      </w:r>
    </w:p>
    <w:p>
      <w:r>
        <w:t>Pentru poftă, 0 înseamnă că nu am simțit impulsul, iar 10 un impuls extrem de puternic pentru mine. Nu există un prag de diagnostic. Pot scrie pur și simplu „mică”, „moderată” sau „puternică”.</w:t>
      </w:r>
    </w:p>
    <w:p>
      <w:r>
        <w:t>Dacă notez alcool, folosesc cantități concrete, de exemplu tipul băuturii, volumul și concentrația de pe etichetă, dacă o cunosc. Nu trebuie să calculez singur „unități”.</w:t>
      </w:r>
    </w:p>
    <w:p>
      <w:pPr>
        <w:pStyle w:val="Heading2"/>
      </w:pPr>
      <w:r>
        <w:t>Ce vreau să discut</w:t>
      </w:r>
    </w:p>
    <w:p>
      <w:pPr>
        <w:spacing w:after="40" w:line="440" w:lineRule="exact"/>
      </w:pPr>
      <w:r>
        <w:rPr>
          <w:sz w:val="22"/>
        </w:rPr>
        <w:t>Un context care s-a repetat 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m-a ajutat ______________________________________________________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O dificultate de tratament sau un simptom nou _________________________</w:t>
      </w:r>
    </w:p>
    <w:p>
      <w:pPr>
        <w:spacing w:after="40" w:line="440" w:lineRule="exact"/>
      </w:pPr>
      <w:r>
        <w:rPr>
          <w:sz w:val="22"/>
        </w:rPr>
        <w:t>________________________________________________________________</w:t>
      </w:r>
    </w:p>
    <w:p>
      <w:pPr>
        <w:ind w:left="125" w:right="125"/>
        <w:shd w:fill="EFF4F3"/>
      </w:pPr>
      <w:r>
        <w:rPr>
          <w:b/>
          <w:sz w:val="22"/>
        </w:rPr>
        <w:t>Dacă am nevoie de ajutor, îl cer direct. Scrierea în jurnal nu trimite automat o solicitare și nu înlocuiește un apel.</w:t>
      </w:r>
    </w:p>
    <w:p>
      <w:pPr>
        <w:pStyle w:val="Heading1"/>
        <w:pageBreakBefore/>
      </w:pPr>
      <w:r>
        <w:t>Fișa 19 Revin la plan după un episod de consum</w:t>
      </w:r>
    </w:p>
    <w:p>
      <w:r>
        <w:t>Mai întâi clarific siguranța cu un profesionist. Dacă am simptome de urgență, folosesc 112 sau anunț personalul. Pot completa această pagină mai târziu, fără să amân ajutorul.</w:t>
      </w:r>
    </w:p>
    <w:p>
      <w:pPr>
        <w:pStyle w:val="Heading2"/>
      </w:pPr>
      <w:r>
        <w:t>Ce este important să comunic</w:t>
      </w:r>
    </w:p>
    <w:p>
      <w:pPr>
        <w:spacing w:after="40" w:line="440" w:lineRule="exact"/>
      </w:pPr>
      <w:r>
        <w:rPr>
          <w:sz w:val="22"/>
        </w:rPr>
        <w:t>Ce am consumat și când 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cantitate aproximativă și ce alte substanțe sau medicamente au fost implicate</w:t>
      </w:r>
    </w:p>
    <w:p>
      <w:pPr>
        <w:spacing w:after="40" w:line="440" w:lineRule="exact"/>
      </w:pPr>
      <w:r>
        <w:rPr>
          <w:sz w:val="22"/>
        </w:rPr>
        <w:t>________________________________________________________________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simptome sau probleme am acum __________________________________</w:t>
      </w:r>
    </w:p>
    <w:p>
      <w:pPr>
        <w:spacing w:after="40" w:line="440" w:lineRule="exact"/>
      </w:pPr>
      <w:r>
        <w:rPr>
          <w:sz w:val="22"/>
        </w:rPr>
        <w:t>________________________________________________________________</w:t>
      </w:r>
    </w:p>
    <w:p>
      <w:pPr>
        <w:pStyle w:val="Heading2"/>
      </w:pPr>
      <w:r>
        <w:t>După ce nevoile urgente sunt clarificate</w:t>
      </w:r>
    </w:p>
    <w:p>
      <w:pPr>
        <w:spacing w:after="40" w:line="440" w:lineRule="exact"/>
      </w:pPr>
      <w:r>
        <w:rPr>
          <w:sz w:val="22"/>
        </w:rPr>
        <w:t>Ce s-a întâmplat înainte 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semn am observat sau aș putea observa mai devreme __________________</w:t>
      </w:r>
    </w:p>
    <w:p>
      <w:pPr>
        <w:spacing w:after="40" w:line="440" w:lineRule="exact"/>
      </w:pPr>
      <w:r>
        <w:rPr>
          <w:sz w:val="22"/>
        </w:rPr>
        <w:t>________________________________________________________________</w:t>
      </w:r>
    </w:p>
    <w:p>
      <w:pPr>
        <w:spacing w:after="40" w:line="440" w:lineRule="exact"/>
      </w:pPr>
      <w:r>
        <w:rPr>
          <w:sz w:val="22"/>
        </w:rPr>
        <w:t>Ce am încercat și ce a ajutat măcar puțin _______________________________</w:t>
      </w:r>
    </w:p>
    <w:p>
      <w:pPr>
        <w:spacing w:after="40" w:line="440" w:lineRule="exact"/>
      </w:pPr>
      <w:r>
        <w:rPr>
          <w:sz w:val="22"/>
        </w:rPr>
        <w:t>________________________________________________________________</w:t>
      </w:r>
    </w:p>
    <w:p>
      <w:pPr>
        <w:spacing w:after="40" w:line="440" w:lineRule="exact"/>
      </w:pPr>
      <w:r>
        <w:rPr>
          <w:sz w:val="22"/>
        </w:rPr>
        <w:t>Ce sprijin a lipsit ___________________________________________________</w:t>
      </w:r>
    </w:p>
    <w:p>
      <w:pPr>
        <w:spacing w:after="40" w:line="440" w:lineRule="exact"/>
      </w:pPr>
      <w:r>
        <w:rPr>
          <w:sz w:val="22"/>
        </w:rPr>
        <w:t>________________________________________________________________</w:t>
      </w:r>
    </w:p>
    <w:p>
      <w:pPr>
        <w:pStyle w:val="Heading2"/>
      </w:pPr>
      <w:r>
        <w:t>Pasul de revenire</w:t>
      </w:r>
    </w:p>
    <w:p>
      <w:pPr>
        <w:spacing w:after="40" w:line="440" w:lineRule="exact"/>
      </w:pPr>
      <w:r>
        <w:rPr>
          <w:sz w:val="22"/>
        </w:rPr>
        <w:t>Persoana sau serviciul pe care îl contactez _____________________________</w:t>
      </w:r>
    </w:p>
    <w:p>
      <w:pPr>
        <w:spacing w:after="40" w:line="440" w:lineRule="exact"/>
      </w:pPr>
      <w:r>
        <w:rPr>
          <w:sz w:val="22"/>
        </w:rPr>
        <w:t>Următorul contact este la ____________________________________________</w:t>
      </w:r>
    </w:p>
    <w:p>
      <w:pPr>
        <w:spacing w:after="40" w:line="440" w:lineRule="exact"/>
      </w:pPr>
      <w:r>
        <w:rPr>
          <w:sz w:val="22"/>
        </w:rPr>
        <w:t>Ce schimbăm în plan _______________________________________________</w:t>
      </w:r>
    </w:p>
    <w:p>
      <w:pPr>
        <w:spacing w:after="40" w:line="440" w:lineRule="exact"/>
      </w:pPr>
      <w:r>
        <w:rPr>
          <w:sz w:val="22"/>
        </w:rPr>
        <w:t>________________________________________________________________</w:t>
      </w:r>
    </w:p>
    <w:p>
      <w:r>
        <w:t>Un episod poate fi serios, dar nu șterge lucrurile pe care le-am învățat. Nu trebuie să termin fișa pentru a reveni în îngrijire. Nu fac singur un plan de sevraj și nu schimb singur medicația.</w:t>
      </w:r>
    </w:p>
    <w:p>
      <w:pPr>
        <w:pStyle w:val="Heading1"/>
        <w:pageBreakBefore/>
      </w:pPr>
      <w:r>
        <w:t>Fișa 20 Privesc în urmă și ajustez</w:t>
      </w:r>
    </w:p>
    <w:p>
      <w:r>
        <w:t>Completez la întâlnirea stabilită. Mă uit la ce s-a schimbat, nu la câte pagini am terminat.</w:t>
      </w:r>
    </w:p>
    <w:p>
      <w:pPr>
        <w:spacing w:after="40" w:line="440" w:lineRule="exact"/>
      </w:pPr>
      <w:r>
        <w:rPr>
          <w:sz w:val="22"/>
        </w:rPr>
        <w:t>Perioada despre care discutăm ______________________________________</w:t>
      </w:r>
    </w:p>
    <w:p>
      <w:pPr>
        <w:pStyle w:val="Heading2"/>
      </w:pPr>
      <w:r>
        <w:t>Ce am observat</w:t>
      </w:r>
    </w:p>
    <w:p>
      <w:pPr>
        <w:spacing w:after="40" w:line="440" w:lineRule="exact"/>
      </w:pPr>
      <w:r>
        <w:rPr>
          <w:sz w:val="22"/>
        </w:rPr>
        <w:t>Un lucru care a mers mai bine 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Un lucru care a rămas greu 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Ce am învățat despre mine sau despre situație __________________________</w:t>
      </w:r>
    </w:p>
    <w:p>
      <w:pPr>
        <w:spacing w:after="40" w:line="440" w:lineRule="exact"/>
      </w:pPr>
      <w:r>
        <w:rPr>
          <w:sz w:val="22"/>
        </w:rPr>
        <w:t>________________________________________________________________</w:t>
      </w:r>
    </w:p>
    <w:p>
      <w:pPr>
        <w:pStyle w:val="Heading2"/>
      </w:pPr>
      <w:r>
        <w:t>Întrebări pentru discuție</w:t>
      </w:r>
    </w:p>
    <w:p>
      <w:pPr>
        <w:spacing w:after="40" w:line="440" w:lineRule="exact"/>
      </w:pPr>
      <w:r>
        <w:rPr>
          <w:sz w:val="22"/>
        </w:rPr>
        <w:t>Cum s-au schimbat consumul, pofta sau consecințele? ____________________</w:t>
      </w:r>
    </w:p>
    <w:p>
      <w:pPr>
        <w:spacing w:after="40" w:line="440" w:lineRule="exact"/>
      </w:pPr>
      <w:r>
        <w:rPr>
          <w:sz w:val="22"/>
        </w:rPr>
        <w:t>________________________________________________________________</w:t>
      </w:r>
    </w:p>
    <w:p>
      <w:pPr>
        <w:spacing w:after="40" w:line="440" w:lineRule="exact"/>
      </w:pPr>
      <w:r>
        <w:rPr>
          <w:sz w:val="22"/>
        </w:rPr>
        <w:t>Cum sunt sănătatea, somnul și tratamentul? ____________________________</w:t>
      </w:r>
    </w:p>
    <w:p>
      <w:pPr>
        <w:spacing w:after="40" w:line="440" w:lineRule="exact"/>
      </w:pPr>
      <w:r>
        <w:rPr>
          <w:sz w:val="22"/>
        </w:rPr>
        <w:t>________________________________________________________________</w:t>
      </w:r>
    </w:p>
    <w:p>
      <w:pPr>
        <w:spacing w:after="40" w:line="440" w:lineRule="exact"/>
      </w:pPr>
      <w:r>
        <w:rPr>
          <w:sz w:val="22"/>
        </w:rPr>
        <w:t>Ce s-a schimbat în relații, locuire, muncă sau activități? ___________________</w:t>
      </w:r>
    </w:p>
    <w:p>
      <w:pPr>
        <w:spacing w:after="40" w:line="440" w:lineRule="exact"/>
      </w:pPr>
      <w:r>
        <w:rPr>
          <w:sz w:val="22"/>
        </w:rPr>
        <w:t>________________________________________________________________</w:t>
      </w:r>
    </w:p>
    <w:p>
      <w:pPr>
        <w:spacing w:after="40" w:line="440" w:lineRule="exact"/>
      </w:pPr>
      <w:r>
        <w:rPr>
          <w:sz w:val="22"/>
        </w:rPr>
        <w:t>Am primit ajutorul de care aveam nevoie? ______________________________</w:t>
      </w:r>
    </w:p>
    <w:p>
      <w:pPr>
        <w:spacing w:after="40" w:line="440" w:lineRule="exact"/>
      </w:pPr>
      <w:r>
        <w:rPr>
          <w:sz w:val="22"/>
        </w:rPr>
        <w:t>________________________________________________________________</w:t>
      </w:r>
    </w:p>
    <w:p>
      <w:pPr>
        <w:pStyle w:val="Heading2"/>
      </w:pPr>
      <w:r>
        <w:t>Decizia următoare</w:t>
      </w:r>
    </w:p>
    <w:p>
      <w:pPr>
        <w:spacing w:after="40" w:line="440" w:lineRule="exact"/>
      </w:pPr>
      <w:r>
        <w:rPr>
          <w:sz w:val="22"/>
        </w:rPr>
        <w:t>Păstrăm cărarea principală / o schimbăm / mai avem nevoie de evaluare.</w:t>
      </w:r>
    </w:p>
    <w:p>
      <w:pPr>
        <w:spacing w:after="40" w:line="440" w:lineRule="exact"/>
      </w:pPr>
      <w:r>
        <w:rPr>
          <w:sz w:val="22"/>
        </w:rPr>
        <w:t>Motivul ___________________________________________________________</w:t>
      </w:r>
    </w:p>
    <w:p>
      <w:pPr>
        <w:spacing w:after="40" w:line="440" w:lineRule="exact"/>
      </w:pPr>
      <w:r>
        <w:rPr>
          <w:sz w:val="22"/>
        </w:rPr>
        <w:t>Pasul următor ______________________________________________________</w:t>
      </w:r>
    </w:p>
    <w:p>
      <w:pPr>
        <w:spacing w:after="40" w:line="440" w:lineRule="exact"/>
      </w:pPr>
      <w:r>
        <w:rPr>
          <w:sz w:val="22"/>
        </w:rPr>
        <w:t>Sprijinul necesar ____________________________________________________</w:t>
      </w:r>
    </w:p>
    <w:p>
      <w:pPr>
        <w:spacing w:after="40" w:line="440" w:lineRule="exact"/>
      </w:pPr>
      <w:r>
        <w:rPr>
          <w:sz w:val="22"/>
        </w:rPr>
        <w:t>Data următorului contact _____________________________________________</w:t>
      </w:r>
    </w:p>
    <w:p>
      <w:r>
        <w:t>Schimbarea planului poate însemna că înțelegem mai bine ce am nevoie.</w:t>
      </w:r>
    </w:p>
    <w:p>
      <w:pPr>
        <w:pStyle w:val="Heading1"/>
        <w:pageBreakBefore/>
      </w:pPr>
      <w:r>
        <w:t>Fișa 21 Planul meu de continuitate</w:t>
      </w:r>
    </w:p>
    <w:p>
      <w:r>
        <w:t>O completez cu echipa când schimb serviciul, mă pregătesc de externare sau trec la întâlniri mai rare. Nu este o probă că trebuie să mă descurc singur.</w:t>
      </w:r>
    </w:p>
    <w:p>
      <w:pPr>
        <w:pStyle w:val="Heading2"/>
      </w:pPr>
      <w:r>
        <w:t>Ce vreau să păstrez</w:t>
      </w:r>
    </w:p>
    <w:p>
      <w:pPr>
        <w:spacing w:after="40" w:line="440" w:lineRule="exact"/>
      </w:pPr>
      <w:r>
        <w:rPr>
          <w:sz w:val="22"/>
        </w:rPr>
        <w:t>Obiectivul important pentru mine 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Activitățile sau relațiile care mă ajută __________________________________</w:t>
      </w:r>
    </w:p>
    <w:p>
      <w:pPr>
        <w:spacing w:after="40" w:line="440" w:lineRule="exact"/>
      </w:pPr>
      <w:r>
        <w:rPr>
          <w:sz w:val="22"/>
        </w:rPr>
        <w:t>________________________________________________________________</w:t>
      </w:r>
    </w:p>
    <w:p>
      <w:pPr>
        <w:pStyle w:val="Heading2"/>
      </w:pPr>
      <w:r>
        <w:t>Îngrijirea continuă</w:t>
      </w:r>
    </w:p>
    <w:p>
      <w:pPr>
        <w:spacing w:after="40" w:line="440" w:lineRule="exact"/>
      </w:pPr>
      <w:r>
        <w:rPr>
          <w:sz w:val="22"/>
        </w:rPr>
        <w:t>Profesionistul sau serviciul care preia urmărirea ________________________</w:t>
      </w:r>
    </w:p>
    <w:p>
      <w:pPr>
        <w:spacing w:after="40" w:line="440" w:lineRule="exact"/>
      </w:pPr>
      <w:r>
        <w:rPr>
          <w:sz w:val="22"/>
        </w:rPr>
        <w:t>Contactul și programul ______________________________________________</w:t>
      </w:r>
    </w:p>
    <w:p>
      <w:pPr>
        <w:spacing w:after="40" w:line="440" w:lineRule="exact"/>
      </w:pPr>
      <w:r>
        <w:rPr>
          <w:sz w:val="22"/>
        </w:rPr>
        <w:t>Următoarea programare _____________________________________________</w:t>
      </w:r>
    </w:p>
    <w:p>
      <w:pPr>
        <w:spacing w:after="40" w:line="440" w:lineRule="exact"/>
      </w:pPr>
      <w:r>
        <w:rPr>
          <w:sz w:val="22"/>
        </w:rPr>
        <w:t>Ce fac dacă nu pot ajunge 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Planul de tratament actual îl primesc și îl clarific cu _____________________</w:t>
      </w:r>
    </w:p>
    <w:p>
      <w:pPr>
        <w:spacing w:after="40" w:line="440" w:lineRule="exact"/>
      </w:pPr>
      <w:r>
        <w:rPr>
          <w:sz w:val="22"/>
        </w:rPr>
        <w:t>________________________________________________________________</w:t>
      </w:r>
    </w:p>
    <w:p>
      <w:pPr>
        <w:pStyle w:val="Heading2"/>
      </w:pPr>
      <w:r>
        <w:t>Semnele mele timpurii</w:t>
      </w:r>
    </w:p>
    <w:p>
      <w:pPr>
        <w:spacing w:after="40" w:line="440" w:lineRule="exact"/>
      </w:pPr>
      <w:r>
        <w:rPr>
          <w:sz w:val="22"/>
        </w:rPr>
        <w:t>Ce îmi arată că am nevoie de mai mult sprijin __________________________</w:t>
      </w:r>
    </w:p>
    <w:p>
      <w:pPr>
        <w:spacing w:after="40" w:line="440" w:lineRule="exact"/>
      </w:pPr>
      <w:r>
        <w:rPr>
          <w:sz w:val="22"/>
        </w:rPr>
        <w:t>________________________________________________________________</w:t>
      </w:r>
    </w:p>
    <w:p>
      <w:pPr>
        <w:spacing w:after="40" w:line="440" w:lineRule="exact"/>
      </w:pPr>
      <w:r>
        <w:rPr>
          <w:sz w:val="22"/>
        </w:rPr>
        <w:t>Pe cine contactez înainte ca lucrurile să se agraveze ____________________</w:t>
      </w:r>
    </w:p>
    <w:p>
      <w:pPr>
        <w:spacing w:after="40" w:line="440" w:lineRule="exact"/>
      </w:pPr>
      <w:r>
        <w:rPr>
          <w:sz w:val="22"/>
        </w:rPr>
        <w:t>________________________________________________________________</w:t>
      </w:r>
    </w:p>
    <w:p>
      <w:pPr>
        <w:pStyle w:val="Heading2"/>
      </w:pPr>
      <w:r>
        <w:t>Dacă reapar dificultăți</w:t>
      </w:r>
    </w:p>
    <w:p>
      <w:pPr>
        <w:spacing w:after="40" w:line="440" w:lineRule="exact"/>
      </w:pPr>
      <w:r>
        <w:rPr>
          <w:sz w:val="22"/>
        </w:rPr>
        <w:t>Cum revin rapid în program 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Alternativa din afara programului _____________________________________</w:t>
      </w:r>
    </w:p>
    <w:p>
      <w:pPr>
        <w:spacing w:after="40" w:line="440" w:lineRule="exact"/>
      </w:pPr>
      <w:r>
        <w:rPr>
          <w:sz w:val="22"/>
        </w:rPr>
        <w:t>________________________________________________________________</w:t>
      </w:r>
    </w:p>
    <w:p>
      <w:r>
        <w:t>În pericol imediat sun la 112. Dacă sunt internat, anunț personalul. Nu aștept următoarea consultație sau un mesaj digital.</w:t>
      </w:r>
    </w:p>
    <w:p>
      <w:pPr>
        <w:pStyle w:val="Heading1"/>
        <w:pageBreakBefore/>
      </w:pPr>
      <w:r>
        <w:t>Fișa 22 Părerea mea despre acest program</w:t>
      </w:r>
    </w:p>
    <w:p>
      <w:r>
        <w:t>Răspunsurile ajută echipa să adapteze programul. Nu sunt un test și nu condiționează accesul la îngrijire. Pot răspunde „nu se aplică” sau pot discuta verbal.</w:t>
      </w:r>
    </w:p>
    <w:p>
      <w:pPr>
        <w:pStyle w:val="Heading2"/>
      </w:pPr>
      <w:r>
        <w:t>Întrebări despre experiența mea</w:t>
      </w:r>
    </w:p>
    <w:p>
      <w:r>
        <w:t>Pentru fiecare aleg un răspuns și pot adăuga un exemplu.</w:t>
      </w:r>
    </w:p>
    <w:tbl>
      <w:tblPr>
        <w:tblW w:type="auto" w:w="0"/>
        <w:jc w:val="center"/>
        <w:tblLayout w:type="fixed"/>
        <w:tblLook w:firstColumn="1" w:firstRow="1" w:lastColumn="0" w:lastRow="0" w:noHBand="0" w:noVBand="1" w:val="04A0"/>
      </w:tblPr>
      <w:tblGrid>
        <w:gridCol w:w="2324"/>
        <w:gridCol w:w="7087"/>
      </w:tblGrid>
      <w:tr>
        <w:trPr>
          <w:cantSplit/>
          <w:tblHeader/>
        </w:trPr>
        <w:tc>
          <w:tcPr>
            <w:tcW w:type="dxa" w:w="2324"/>
            <w:vAlign w:val="center"/>
            <w:tcMar>
              <w:top w:w="85" w:type="dxa"/>
              <w:bottom w:w="85" w:type="dxa"/>
              <w:left w:w="85" w:type="dxa"/>
              <w:right w:w="85" w:type="dxa"/>
            </w:tcMar>
            <w:shd w:fill="E3EEEC"/>
          </w:tcPr>
          <w:p>
            <w:pPr>
              <w:spacing w:after="20" w:before="20" w:line="250" w:lineRule="auto"/>
            </w:pPr>
            <w:r>
              <w:rPr>
                <w:b/>
                <w:sz w:val="22"/>
              </w:rPr>
              <w:t>Întrebare</w:t>
            </w:r>
          </w:p>
        </w:tc>
        <w:tc>
          <w:tcPr>
            <w:tcW w:type="dxa" w:w="7087"/>
            <w:vAlign w:val="center"/>
            <w:tcMar>
              <w:top w:w="85" w:type="dxa"/>
              <w:bottom w:w="85" w:type="dxa"/>
              <w:left w:w="85" w:type="dxa"/>
              <w:right w:w="85" w:type="dxa"/>
            </w:tcMar>
            <w:shd w:fill="E3EEEC"/>
          </w:tcPr>
          <w:p>
            <w:pPr>
              <w:spacing w:after="20" w:before="20" w:line="250" w:lineRule="auto"/>
            </w:pPr>
            <w:r>
              <w:rPr>
                <w:b/>
                <w:sz w:val="22"/>
              </w:rPr>
              <w:t>Răspunsul meu</w:t>
            </w:r>
          </w:p>
        </w:tc>
      </w:tr>
      <w:tr>
        <w:trPr>
          <w:cantSplit/>
        </w:trPr>
        <w:tc>
          <w:tcPr>
            <w:tcW w:type="dxa" w:w="2324"/>
            <w:vAlign w:val="center"/>
            <w:tcMar>
              <w:top w:w="85" w:type="dxa"/>
              <w:bottom w:w="85" w:type="dxa"/>
              <w:left w:w="85" w:type="dxa"/>
              <w:right w:w="85" w:type="dxa"/>
            </w:tcMar>
            <w:shd w:fill="F5F7F7"/>
          </w:tcPr>
          <w:p>
            <w:pPr>
              <w:spacing w:after="20" w:before="20" w:line="250" w:lineRule="auto"/>
            </w:pPr>
            <w:r>
              <w:rPr>
                <w:b w:val="0"/>
                <w:sz w:val="22"/>
              </w:rPr>
              <w:t>Am înțeles la ce folosesc cărările?</w:t>
            </w:r>
          </w:p>
        </w:tc>
        <w:tc>
          <w:tcPr>
            <w:tcW w:type="dxa" w:w="7087"/>
            <w:vAlign w:val="center"/>
            <w:tcMar>
              <w:top w:w="85" w:type="dxa"/>
              <w:bottom w:w="85" w:type="dxa"/>
              <w:left w:w="85" w:type="dxa"/>
              <w:right w:w="85" w:type="dxa"/>
            </w:tcMar>
            <w:shd w:fill="F5F7F7"/>
          </w:tcPr>
          <w:p>
            <w:pPr>
              <w:spacing w:after="20" w:before="20" w:line="250" w:lineRule="auto"/>
            </w:pPr>
            <w:r>
              <w:rPr>
                <w:b w:val="0"/>
                <w:sz w:val="22"/>
              </w:rPr>
              <w:t>Da / parțial / nu / nu știu</w:t>
            </w:r>
          </w:p>
        </w:tc>
      </w:tr>
      <w:tr>
        <w:trPr>
          <w:cantSplit/>
        </w:trPr>
        <w:tc>
          <w:tcPr>
            <w:tcW w:type="dxa" w:w="2324"/>
            <w:vAlign w:val="center"/>
            <w:tcMar>
              <w:top w:w="85" w:type="dxa"/>
              <w:bottom w:w="85" w:type="dxa"/>
              <w:left w:w="85" w:type="dxa"/>
              <w:right w:w="85" w:type="dxa"/>
            </w:tcMar>
            <w:shd w:fill="FFFFFF"/>
          </w:tcPr>
          <w:p>
            <w:pPr>
              <w:spacing w:after="20" w:before="20" w:line="250" w:lineRule="auto"/>
            </w:pPr>
            <w:r>
              <w:rPr>
                <w:b w:val="0"/>
                <w:sz w:val="22"/>
              </w:rPr>
              <w:t>Am avut un cuvânt de spus în alegerea lor?</w:t>
            </w:r>
          </w:p>
        </w:tc>
        <w:tc>
          <w:tcPr>
            <w:tcW w:type="dxa" w:w="7087"/>
            <w:vAlign w:val="center"/>
            <w:tcMar>
              <w:top w:w="85" w:type="dxa"/>
              <w:bottom w:w="85" w:type="dxa"/>
              <w:left w:w="85" w:type="dxa"/>
              <w:right w:w="85" w:type="dxa"/>
            </w:tcMar>
            <w:shd w:fill="FFFFFF"/>
          </w:tcPr>
          <w:p>
            <w:pPr>
              <w:spacing w:after="20" w:before="20" w:line="250" w:lineRule="auto"/>
            </w:pPr>
            <w:r>
              <w:rPr>
                <w:b w:val="0"/>
                <w:sz w:val="22"/>
              </w:rPr>
              <w:t>Da / parțial / nu / nu se aplică</w:t>
            </w:r>
          </w:p>
        </w:tc>
      </w:tr>
      <w:tr>
        <w:trPr>
          <w:cantSplit/>
        </w:trPr>
        <w:tc>
          <w:tcPr>
            <w:tcW w:type="dxa" w:w="2324"/>
            <w:vAlign w:val="center"/>
            <w:tcMar>
              <w:top w:w="85" w:type="dxa"/>
              <w:bottom w:w="85" w:type="dxa"/>
              <w:left w:w="85" w:type="dxa"/>
              <w:right w:w="85" w:type="dxa"/>
            </w:tcMar>
            <w:shd w:fill="F5F7F7"/>
          </w:tcPr>
          <w:p>
            <w:pPr>
              <w:spacing w:after="20" w:before="20" w:line="250" w:lineRule="auto"/>
            </w:pPr>
            <w:r>
              <w:rPr>
                <w:b w:val="0"/>
                <w:sz w:val="22"/>
              </w:rPr>
              <w:t>Am putut refuza sau amâna o fișă?</w:t>
            </w:r>
          </w:p>
        </w:tc>
        <w:tc>
          <w:tcPr>
            <w:tcW w:type="dxa" w:w="7087"/>
            <w:vAlign w:val="center"/>
            <w:tcMar>
              <w:top w:w="85" w:type="dxa"/>
              <w:bottom w:w="85" w:type="dxa"/>
              <w:left w:w="85" w:type="dxa"/>
              <w:right w:w="85" w:type="dxa"/>
            </w:tcMar>
            <w:shd w:fill="F5F7F7"/>
          </w:tcPr>
          <w:p>
            <w:pPr>
              <w:spacing w:after="20" w:before="20" w:line="250" w:lineRule="auto"/>
            </w:pPr>
            <w:r>
              <w:rPr>
                <w:b w:val="0"/>
                <w:sz w:val="22"/>
              </w:rPr>
              <w:t>Da / parțial / nu / nu știu</w:t>
            </w:r>
          </w:p>
        </w:tc>
      </w:tr>
      <w:tr>
        <w:trPr>
          <w:cantSplit/>
        </w:trPr>
        <w:tc>
          <w:tcPr>
            <w:tcW w:type="dxa" w:w="2324"/>
            <w:vAlign w:val="center"/>
            <w:tcMar>
              <w:top w:w="85" w:type="dxa"/>
              <w:bottom w:w="85" w:type="dxa"/>
              <w:left w:w="85" w:type="dxa"/>
              <w:right w:w="85" w:type="dxa"/>
            </w:tcMar>
            <w:shd w:fill="FFFFFF"/>
          </w:tcPr>
          <w:p>
            <w:pPr>
              <w:spacing w:after="20" w:before="20" w:line="250" w:lineRule="auto"/>
            </w:pPr>
            <w:r>
              <w:rPr>
                <w:b w:val="0"/>
                <w:sz w:val="22"/>
              </w:rPr>
              <w:t>Planul a fost posibil în viața mea reală?</w:t>
            </w:r>
          </w:p>
        </w:tc>
        <w:tc>
          <w:tcPr>
            <w:tcW w:type="dxa" w:w="7087"/>
            <w:vAlign w:val="center"/>
            <w:tcMar>
              <w:top w:w="85" w:type="dxa"/>
              <w:bottom w:w="85" w:type="dxa"/>
              <w:left w:w="85" w:type="dxa"/>
              <w:right w:w="85" w:type="dxa"/>
            </w:tcMar>
            <w:shd w:fill="FFFFFF"/>
          </w:tcPr>
          <w:p>
            <w:pPr>
              <w:spacing w:after="20" w:before="20" w:line="250" w:lineRule="auto"/>
            </w:pPr>
            <w:r>
              <w:rPr>
                <w:b w:val="0"/>
                <w:sz w:val="22"/>
              </w:rPr>
              <w:t>Da / parțial / nu / nu știu</w:t>
            </w:r>
          </w:p>
        </w:tc>
      </w:tr>
      <w:tr>
        <w:trPr>
          <w:cantSplit/>
        </w:trPr>
        <w:tc>
          <w:tcPr>
            <w:tcW w:type="dxa" w:w="2324"/>
            <w:vAlign w:val="center"/>
            <w:tcMar>
              <w:top w:w="85" w:type="dxa"/>
              <w:bottom w:w="85" w:type="dxa"/>
              <w:left w:w="85" w:type="dxa"/>
              <w:right w:w="85" w:type="dxa"/>
            </w:tcMar>
            <w:shd w:fill="F5F7F7"/>
          </w:tcPr>
          <w:p>
            <w:pPr>
              <w:spacing w:after="20" w:before="20" w:line="250" w:lineRule="auto"/>
            </w:pPr>
            <w:r>
              <w:rPr>
                <w:b w:val="0"/>
                <w:sz w:val="22"/>
              </w:rPr>
              <w:t>Am știut pe cine să contactez?</w:t>
            </w:r>
          </w:p>
        </w:tc>
        <w:tc>
          <w:tcPr>
            <w:tcW w:type="dxa" w:w="7087"/>
            <w:vAlign w:val="center"/>
            <w:tcMar>
              <w:top w:w="85" w:type="dxa"/>
              <w:bottom w:w="85" w:type="dxa"/>
              <w:left w:w="85" w:type="dxa"/>
              <w:right w:w="85" w:type="dxa"/>
            </w:tcMar>
            <w:shd w:fill="F5F7F7"/>
          </w:tcPr>
          <w:p>
            <w:pPr>
              <w:spacing w:after="20" w:before="20" w:line="250" w:lineRule="auto"/>
            </w:pPr>
            <w:r>
              <w:rPr>
                <w:b w:val="0"/>
                <w:sz w:val="22"/>
              </w:rPr>
              <w:t>Da / parțial / nu / nu știu</w:t>
            </w:r>
          </w:p>
        </w:tc>
      </w:tr>
      <w:tr>
        <w:trPr>
          <w:cantSplit/>
        </w:trPr>
        <w:tc>
          <w:tcPr>
            <w:tcW w:type="dxa" w:w="2324"/>
            <w:vAlign w:val="center"/>
            <w:tcMar>
              <w:top w:w="85" w:type="dxa"/>
              <w:bottom w:w="85" w:type="dxa"/>
              <w:left w:w="85" w:type="dxa"/>
              <w:right w:w="85" w:type="dxa"/>
            </w:tcMar>
            <w:shd w:fill="FFFFFF"/>
          </w:tcPr>
          <w:p>
            <w:pPr>
              <w:spacing w:after="20" w:before="20" w:line="250" w:lineRule="auto"/>
            </w:pPr>
            <w:r>
              <w:rPr>
                <w:b w:val="0"/>
                <w:sz w:val="22"/>
              </w:rPr>
              <w:t>Caietul mi-a fost util?</w:t>
            </w:r>
          </w:p>
        </w:tc>
        <w:tc>
          <w:tcPr>
            <w:tcW w:type="dxa" w:w="7087"/>
            <w:vAlign w:val="center"/>
            <w:tcMar>
              <w:top w:w="85" w:type="dxa"/>
              <w:bottom w:w="85" w:type="dxa"/>
              <w:left w:w="85" w:type="dxa"/>
              <w:right w:w="85" w:type="dxa"/>
            </w:tcMar>
            <w:shd w:fill="FFFFFF"/>
          </w:tcPr>
          <w:p>
            <w:pPr>
              <w:spacing w:after="20" w:before="20" w:line="250" w:lineRule="auto"/>
            </w:pPr>
            <w:r>
              <w:rPr>
                <w:b w:val="0"/>
                <w:sz w:val="22"/>
              </w:rPr>
              <w:t>Da / parțial / nu / nu știu</w:t>
            </w:r>
          </w:p>
        </w:tc>
      </w:tr>
    </w:tbl>
    <w:p>
      <w:pPr>
        <w:spacing w:after="20" w:before="0" w:line="40" w:lineRule="exact"/>
      </w:pPr>
      <w:r>
        <w:rPr>
          <w:sz w:val="4"/>
        </w:rPr>
      </w:r>
    </w:p>
    <w:p>
      <w:pPr>
        <w:pStyle w:val="Heading2"/>
      </w:pPr>
      <w:r>
        <w:t>Ce aș păstra</w:t>
      </w:r>
    </w:p>
    <w:p>
      <w:pPr>
        <w:spacing w:after="40" w:line="440" w:lineRule="exact"/>
      </w:pPr>
      <w:r>
        <w:rPr>
          <w:sz w:val="22"/>
        </w:rPr>
        <w:t>________________________________________________________________</w:t>
      </w:r>
    </w:p>
    <w:p>
      <w:pPr>
        <w:spacing w:after="40" w:line="440" w:lineRule="exact"/>
      </w:pPr>
      <w:r>
        <w:rPr>
          <w:sz w:val="22"/>
        </w:rPr>
        <w:t>________________________________________________________________</w:t>
      </w:r>
    </w:p>
    <w:p>
      <w:pPr>
        <w:pStyle w:val="Heading2"/>
      </w:pPr>
      <w:r>
        <w:t>Ce aș simplifica sau schimba</w:t>
      </w:r>
    </w:p>
    <w:p>
      <w:pPr>
        <w:spacing w:after="40" w:line="440" w:lineRule="exact"/>
      </w:pPr>
      <w:r>
        <w:rPr>
          <w:sz w:val="22"/>
        </w:rPr>
        <w:t>________________________________________________________________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O întrebare sau o situație în care m-am simțit presat ______________________</w:t>
      </w:r>
    </w:p>
    <w:p>
      <w:pPr>
        <w:spacing w:after="40" w:line="440" w:lineRule="exact"/>
      </w:pPr>
      <w:r>
        <w:rPr>
          <w:sz w:val="22"/>
        </w:rPr>
        <w:t>________________________________________________________________</w:t>
      </w:r>
    </w:p>
    <w:p>
      <w:pPr>
        <w:spacing w:after="40" w:line="440" w:lineRule="exact"/>
      </w:pPr>
      <w:r>
        <w:rPr>
          <w:sz w:val="22"/>
        </w:rPr>
        <w:t>Ce aș vrea să știe echipa înainte să continuăm ___________________________</w:t>
      </w:r>
    </w:p>
    <w:p>
      <w:pPr>
        <w:spacing w:after="40" w:line="440" w:lineRule="exact"/>
      </w:pPr>
      <w:r>
        <w:rPr>
          <w:sz w:val="22"/>
        </w:rPr>
        <w:t>________________________________________________________________</w:t>
      </w:r>
    </w:p>
    <w:p>
      <w:r>
        <w:t>Nu calculăm un punctaj total. Contează ce am trăit și ce trebuie schimbat.</w:t>
      </w:r>
    </w:p>
    <w:p>
      <w:pPr>
        <w:pStyle w:val="Heading1"/>
        <w:pageBreakBefore/>
      </w:pPr>
      <w:r>
        <w:t>Repere pentru folosirea în continuare</w:t>
      </w:r>
    </w:p>
    <w:p>
      <w:r>
        <w:t>Pot reveni la o fișă, o pot completa pe o pagină separată sau pot alege doar conversația. Nu trebuie să reîncep întregul caiet după o perioadă dificilă.</w:t>
      </w:r>
    </w:p>
    <w:p>
      <w:pPr>
        <w:pStyle w:val="Heading2"/>
      </w:pPr>
      <w:r>
        <w:t>Trei lucruri pe care vreau să le țin la îndemână</w:t>
      </w:r>
    </w:p>
    <w:p>
      <w:pPr>
        <w:spacing w:after="40" w:line="440" w:lineRule="exact"/>
      </w:pPr>
      <w:r>
        <w:rPr>
          <w:sz w:val="22"/>
        </w:rPr>
        <w:t>Pasul meu următor __________________________________________________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Persoana sau serviciul de sprijin ______________________________________</w:t>
      </w:r>
    </w:p>
    <w:p>
      <w:pPr>
        <w:spacing w:after="40" w:line="440" w:lineRule="exact"/>
      </w:pPr>
      <w:r>
        <w:rPr>
          <w:sz w:val="22"/>
        </w:rPr>
        <w:t>________________________________________________________________</w:t>
      </w:r>
    </w:p>
    <w:p>
      <w:pPr>
        <w:spacing w:after="40" w:line="440" w:lineRule="exact"/>
      </w:pPr>
      <w:r>
        <w:rPr>
          <w:sz w:val="22"/>
        </w:rPr>
        <w:t>Următoarea întâlnire _________________________________________________</w:t>
      </w:r>
    </w:p>
    <w:p>
      <w:pPr>
        <w:spacing w:after="40" w:line="440" w:lineRule="exact"/>
      </w:pPr>
      <w:r>
        <w:rPr>
          <w:sz w:val="22"/>
        </w:rPr>
        <w:t>________________________________________________________________</w:t>
      </w:r>
    </w:p>
    <w:p>
      <w:pPr>
        <w:pStyle w:val="Heading2"/>
      </w:pPr>
      <w:r>
        <w:t>Despre acest caiet</w:t>
      </w:r>
    </w:p>
    <w:p>
      <w:r>
        <w:t>Materialul urmează cadrul 7 Cărări / Psinaptic, descris în Manualul clinic complet, versiunea 0.2 din iulie 2026, și în revizuirile proiectului din 22 iulie 2026. Coordonarea conceptuală a proiectului este atribuită în documentele originale Dr. Ovidiu Balaban-Popa.</w:t>
      </w:r>
    </w:p>
    <w:p>
      <w:r>
        <w:t>Fișele de aici sunt formulare originale de reflecție, comunicare și planificare. Nu sunt scale validate și nu sunt reproduceri ale unor teste medicale. Specialistul poate propune separat un instrument standardizat și îmi explică de ce îl folosește.</w:t>
      </w:r>
    </w:p>
    <w:p>
      <w:pPr>
        <w:pStyle w:val="Heading2"/>
      </w:pPr>
      <w:r>
        <w:t>Informații de sprijin</w:t>
      </w:r>
    </w:p>
    <w:p>
      <w:r>
        <w:t>Pentru echipă, documentul însoțitor „7 Cărări pentru practica specialistului” conține explicațiile clinice și bibliografia. Reperele includ ghidurile NICE despre problemele legate de alcool și ghidul ASAM despre managementul sevrajului:</w:t>
      </w:r>
    </w:p>
    <w:p>
      <w:r/>
      <w:hyperlink r:id="rId10">
        <w:r>
          <w:rPr>
            <w:color w:val="245C61"/>
            <w:sz w:val="19"/>
          </w:rPr>
          <w:t>https://www.nice.org.uk/guidance/cg115</w:t>
        </w:r>
      </w:hyperlink>
      <w:r>
        <w:t xml:space="preserve"> </w:t>
      </w:r>
      <w:hyperlink r:id="rId11">
        <w:r>
          <w:rPr>
            <w:color w:val="245C61"/>
            <w:sz w:val="19"/>
          </w:rPr>
          <w:t>https://www.asam.org/quality-care/clinical-guidelines/alcohol-withdrawal-management-guideline</w:t>
        </w:r>
      </w:hyperlink>
      <w:r/>
    </w:p>
    <w:p>
      <w:pPr>
        <w:ind w:left="125" w:right="125"/>
        <w:shd w:fill="EFF4F3"/>
      </w:pPr>
      <w:r>
        <w:rPr>
          <w:b/>
          <w:sz w:val="22"/>
        </w:rPr>
        <w:t>Pentru urgențe folosesc 112 sau anunț imediat personalul dacă sunt internat. Caietul nu este un serviciu de monitorizare și nu înlocuiește consultația, tratamentul sau evaluarea unei stări de rău.</w:t>
      </w:r>
    </w:p>
    <w:sectPr w:rsidR="00FC693F" w:rsidRPr="0006063C" w:rsidSect="00034616">
      <w:footerReference w:type="default" r:id="rId9"/>
      <w:pgSz w:w="11906" w:h="16838"/>
      <w:pgMar w:top="1020" w:right="1247" w:bottom="1020" w:left="124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87677"/>
        <w:sz w:val="18"/>
      </w:rPr>
      <w:t xml:space="preserve">7 Cărări  |  Caiet de lucru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Calibri" w:hAnsi="Calibri"/>
      <w:color w:val="202629"/>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60"/>
      <w:outlineLvl w:val="0"/>
    </w:pPr>
    <w:rPr>
      <w:rFonts w:asciiTheme="majorHAnsi" w:eastAsiaTheme="majorEastAsia" w:hAnsiTheme="majorHAnsi" w:cstheme="majorBidi" w:ascii="Calibri" w:hAnsi="Calibri"/>
      <w:b/>
      <w:bCs/>
      <w:color w:val="245C61"/>
      <w:sz w:val="40"/>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245C6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before="0"/>
      <w:contextualSpacing/>
    </w:pPr>
    <w:rPr>
      <w:rFonts w:asciiTheme="majorHAnsi" w:eastAsiaTheme="majorEastAsia" w:hAnsiTheme="majorHAnsi" w:cstheme="majorBidi" w:ascii="Calibri" w:hAnsi="Calibri"/>
      <w:b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202629"/>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20262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Calibri" w:hAnsi="Calibri"/>
      <w:color w:val="20262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nice.org.uk/guidance/cg115" TargetMode="External"/><Relationship Id="rId11" Type="http://schemas.openxmlformats.org/officeDocument/2006/relationships/hyperlink" Target="https://www.asam.org/quality-care/clinical-guidelines/alcohol-withdrawal-management-guide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Cărări pentru recuperarea mea</dc:title>
  <dc:subject>Recuperare și continuitate în tulburarea de consum de alcool</dc:subject>
  <dc:creator/>
  <cp:keywords>7 Cărări, recuperare, alcool, workbook</cp:keywords>
  <dc:description>generated by python-docx</dc:description>
  <cp:lastModifiedBy/>
  <cp:revision>1</cp:revision>
  <dcterms:created xsi:type="dcterms:W3CDTF">2013-12-23T23:15:00Z</dcterms:created>
  <dcterms:modified xsi:type="dcterms:W3CDTF">2013-12-23T23:15:00Z</dcterms:modified>
  <cp:category/>
</cp:coreProperties>
</file>